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B2D3" w14:textId="77777777" w:rsidR="00EC767A" w:rsidRDefault="00000000">
      <w:pPr>
        <w:spacing w:after="20"/>
        <w:jc w:val="center"/>
      </w:pPr>
      <w:r>
        <w:rPr>
          <w:rFonts w:ascii="Georgia" w:hAnsi="Georgia"/>
          <w:b/>
          <w:color w:val="375533"/>
          <w:sz w:val="36"/>
        </w:rPr>
        <w:t>CARE PARTNER EMPLOYMENT APPLICATION</w:t>
      </w:r>
    </w:p>
    <w:p w14:paraId="1CF6098B" w14:textId="77777777" w:rsidR="00EC767A" w:rsidRDefault="00000000">
      <w:pPr>
        <w:spacing w:after="160"/>
        <w:jc w:val="center"/>
      </w:pPr>
      <w:r>
        <w:rPr>
          <w:i/>
          <w:color w:val="827466"/>
          <w:sz w:val="19"/>
        </w:rPr>
        <w:t>Thank you for your interest in joining Marie Angels Care Homes.</w:t>
      </w:r>
    </w:p>
    <w:p w14:paraId="25D8D883" w14:textId="77777777" w:rsidR="00EC767A" w:rsidRDefault="00000000">
      <w:pPr>
        <w:keepNext/>
        <w:spacing w:before="140"/>
      </w:pPr>
      <w:r>
        <w:rPr>
          <w:rFonts w:ascii="Georgia" w:hAnsi="Georgia"/>
          <w:b/>
          <w:color w:val="375533"/>
          <w:sz w:val="27"/>
        </w:rPr>
        <w:t>Position Information</w:t>
      </w:r>
    </w:p>
    <w:p w14:paraId="0AF6EA37" w14:textId="77777777" w:rsidR="00EC767A" w:rsidRDefault="00000000">
      <w:pPr>
        <w:keepNext/>
        <w:spacing w:after="100"/>
      </w:pPr>
      <w:r>
        <w:rPr>
          <w:b/>
          <w:color w:val="493125"/>
        </w:rPr>
        <w:t xml:space="preserve">Date: </w:t>
      </w:r>
      <w:r>
        <w:rPr>
          <w:color w:val="827466"/>
        </w:rPr>
        <w:t>____________________________________________________________________________________</w:t>
      </w:r>
    </w:p>
    <w:p w14:paraId="3D84048A" w14:textId="77777777" w:rsidR="00EC767A" w:rsidRDefault="00000000">
      <w:pPr>
        <w:keepNext/>
        <w:spacing w:after="100"/>
      </w:pPr>
      <w:r>
        <w:rPr>
          <w:b/>
          <w:color w:val="493125"/>
        </w:rPr>
        <w:t xml:space="preserve">Position Applying For: </w:t>
      </w:r>
      <w:r>
        <w:rPr>
          <w:color w:val="827466"/>
        </w:rPr>
        <w:t>_________________________________________________________________</w:t>
      </w:r>
    </w:p>
    <w:p w14:paraId="0CAF03B1" w14:textId="77777777" w:rsidR="00EC767A" w:rsidRDefault="00000000">
      <w:pPr>
        <w:keepNext/>
        <w:spacing w:after="100"/>
      </w:pPr>
      <w:r>
        <w:rPr>
          <w:b/>
          <w:color w:val="493125"/>
        </w:rPr>
        <w:t xml:space="preserve">Desired Start Date: </w:t>
      </w:r>
      <w:r>
        <w:rPr>
          <w:color w:val="827466"/>
        </w:rPr>
        <w:t>___________________________________________________________________</w:t>
      </w:r>
    </w:p>
    <w:p w14:paraId="312D63CF" w14:textId="77777777" w:rsidR="00EC767A" w:rsidRDefault="00000000">
      <w:pPr>
        <w:keepNext/>
        <w:spacing w:before="140"/>
      </w:pPr>
      <w:r>
        <w:rPr>
          <w:rFonts w:ascii="Georgia" w:hAnsi="Georgia"/>
          <w:b/>
          <w:color w:val="375533"/>
          <w:sz w:val="27"/>
        </w:rPr>
        <w:t>Personal Information</w:t>
      </w:r>
    </w:p>
    <w:p w14:paraId="355AD31E" w14:textId="77777777" w:rsidR="00EC767A" w:rsidRDefault="00000000">
      <w:pPr>
        <w:keepNext/>
        <w:spacing w:after="100"/>
      </w:pPr>
      <w:r>
        <w:rPr>
          <w:b/>
          <w:color w:val="493125"/>
        </w:rPr>
        <w:t xml:space="preserve">Full Legal Name: </w:t>
      </w:r>
      <w:r>
        <w:rPr>
          <w:color w:val="827466"/>
        </w:rPr>
        <w:t>______________________________________________________________________</w:t>
      </w:r>
    </w:p>
    <w:p w14:paraId="7861F458" w14:textId="77777777" w:rsidR="00EC767A" w:rsidRDefault="00000000">
      <w:pPr>
        <w:keepNext/>
        <w:spacing w:after="100"/>
      </w:pPr>
      <w:r>
        <w:rPr>
          <w:b/>
          <w:color w:val="493125"/>
        </w:rPr>
        <w:t xml:space="preserve">Preferred Name: </w:t>
      </w:r>
      <w:r>
        <w:rPr>
          <w:color w:val="827466"/>
        </w:rPr>
        <w:t>________________________________________________________________________</w:t>
      </w:r>
    </w:p>
    <w:p w14:paraId="60E7DAFD" w14:textId="77777777" w:rsidR="00EC767A" w:rsidRDefault="00000000">
      <w:pPr>
        <w:keepNext/>
        <w:spacing w:after="100"/>
      </w:pPr>
      <w:r>
        <w:rPr>
          <w:b/>
          <w:color w:val="493125"/>
        </w:rPr>
        <w:t xml:space="preserve">Address: </w:t>
      </w:r>
      <w:r>
        <w:rPr>
          <w:color w:val="827466"/>
        </w:rPr>
        <w:t>________________________________________________________________________________</w:t>
      </w:r>
    </w:p>
    <w:p w14:paraId="39C901E3" w14:textId="77777777" w:rsidR="00EC767A" w:rsidRDefault="00000000">
      <w:pPr>
        <w:keepNext/>
        <w:spacing w:after="100"/>
      </w:pPr>
      <w:r>
        <w:rPr>
          <w:b/>
          <w:color w:val="493125"/>
        </w:rPr>
        <w:t xml:space="preserve">City, State, ZIP: </w:t>
      </w:r>
      <w:r>
        <w:rPr>
          <w:color w:val="827466"/>
        </w:rPr>
        <w:t>________________________________________________________________________</w:t>
      </w:r>
    </w:p>
    <w:p w14:paraId="6F5A4378" w14:textId="77777777" w:rsidR="00EC767A" w:rsidRDefault="00000000">
      <w:pPr>
        <w:keepNext/>
        <w:spacing w:after="100"/>
      </w:pPr>
      <w:r>
        <w:rPr>
          <w:b/>
          <w:color w:val="493125"/>
        </w:rPr>
        <w:t xml:space="preserve">Phone: </w:t>
      </w:r>
      <w:r>
        <w:rPr>
          <w:color w:val="827466"/>
        </w:rPr>
        <w:t>__________________________________________________________________________________</w:t>
      </w:r>
    </w:p>
    <w:p w14:paraId="74DB42E9" w14:textId="77777777" w:rsidR="00EC767A" w:rsidRDefault="00000000">
      <w:pPr>
        <w:keepNext/>
        <w:spacing w:after="100"/>
      </w:pPr>
      <w:r>
        <w:rPr>
          <w:b/>
          <w:color w:val="493125"/>
        </w:rPr>
        <w:t xml:space="preserve">Email: </w:t>
      </w:r>
      <w:r>
        <w:rPr>
          <w:color w:val="827466"/>
        </w:rPr>
        <w:t>___________________________________________________________________________________</w:t>
      </w:r>
    </w:p>
    <w:p w14:paraId="1AA2C947" w14:textId="77777777" w:rsidR="00EC767A" w:rsidRDefault="00000000">
      <w:pPr>
        <w:keepNext/>
        <w:spacing w:before="140"/>
      </w:pPr>
      <w:r>
        <w:rPr>
          <w:rFonts w:ascii="Georgia" w:hAnsi="Georgia"/>
          <w:b/>
          <w:color w:val="375533"/>
          <w:sz w:val="27"/>
        </w:rPr>
        <w:t>Employment Eligibility</w:t>
      </w:r>
    </w:p>
    <w:p w14:paraId="72105A2B" w14:textId="77777777" w:rsidR="00EC767A" w:rsidRDefault="00000000">
      <w:pPr>
        <w:keepNext/>
        <w:spacing w:after="100"/>
      </w:pPr>
      <w:r>
        <w:rPr>
          <w:color w:val="493125"/>
        </w:rPr>
        <w:t xml:space="preserve">Are you at least 18 years old?   </w:t>
      </w:r>
      <w:r>
        <w:rPr>
          <w:b/>
          <w:color w:val="375533"/>
        </w:rPr>
        <w:t>☐ Yes    ☐ No</w:t>
      </w:r>
    </w:p>
    <w:p w14:paraId="7860185B" w14:textId="77777777" w:rsidR="00EC767A" w:rsidRDefault="00000000">
      <w:pPr>
        <w:keepNext/>
        <w:spacing w:after="100"/>
      </w:pPr>
      <w:r>
        <w:rPr>
          <w:color w:val="493125"/>
        </w:rPr>
        <w:t xml:space="preserve">Are you legally authorized to work in the United States?   </w:t>
      </w:r>
      <w:r>
        <w:rPr>
          <w:b/>
          <w:color w:val="375533"/>
        </w:rPr>
        <w:t>☐ Yes    ☐ No</w:t>
      </w:r>
    </w:p>
    <w:p w14:paraId="19935B1D" w14:textId="77777777" w:rsidR="00EC767A" w:rsidRDefault="00000000">
      <w:pPr>
        <w:keepNext/>
        <w:spacing w:after="100"/>
      </w:pPr>
      <w:r>
        <w:rPr>
          <w:color w:val="493125"/>
        </w:rPr>
        <w:t xml:space="preserve">Can you provide documentation verifying your identity and employment eligibility if hired?   </w:t>
      </w:r>
      <w:r>
        <w:rPr>
          <w:b/>
          <w:color w:val="375533"/>
        </w:rPr>
        <w:t>☐ Yes    ☐ No</w:t>
      </w:r>
    </w:p>
    <w:p w14:paraId="451B2B58" w14:textId="77777777" w:rsidR="00EC767A" w:rsidRDefault="00000000">
      <w:pPr>
        <w:keepNext/>
        <w:spacing w:after="100"/>
      </w:pPr>
      <w:r>
        <w:rPr>
          <w:color w:val="493125"/>
        </w:rPr>
        <w:t xml:space="preserve">Do you have a valid driver's license?   </w:t>
      </w:r>
      <w:r>
        <w:rPr>
          <w:b/>
          <w:color w:val="375533"/>
        </w:rPr>
        <w:t>☐ Yes    ☐ No</w:t>
      </w:r>
    </w:p>
    <w:p w14:paraId="3E5AB792" w14:textId="77777777" w:rsidR="00EC767A" w:rsidRDefault="00000000">
      <w:pPr>
        <w:keepNext/>
        <w:spacing w:after="100"/>
      </w:pPr>
      <w:r>
        <w:rPr>
          <w:color w:val="493125"/>
        </w:rPr>
        <w:t xml:space="preserve">Do you have reliable transportation?   </w:t>
      </w:r>
      <w:r>
        <w:rPr>
          <w:b/>
          <w:color w:val="375533"/>
        </w:rPr>
        <w:t>☐ Yes    ☐ No</w:t>
      </w:r>
    </w:p>
    <w:p w14:paraId="39412565" w14:textId="77777777" w:rsidR="00EC767A" w:rsidRDefault="00000000">
      <w:pPr>
        <w:keepNext/>
        <w:spacing w:after="100"/>
      </w:pPr>
      <w:r>
        <w:rPr>
          <w:color w:val="493125"/>
        </w:rPr>
        <w:t xml:space="preserve">Are you willing to transport residents if required?   </w:t>
      </w:r>
      <w:r>
        <w:rPr>
          <w:b/>
          <w:color w:val="375533"/>
        </w:rPr>
        <w:t>☐ Yes    ☐ No</w:t>
      </w:r>
    </w:p>
    <w:p w14:paraId="134466DD" w14:textId="77777777" w:rsidR="00EC767A" w:rsidRDefault="00000000">
      <w:r>
        <w:br w:type="page"/>
      </w:r>
    </w:p>
    <w:p w14:paraId="422AF797" w14:textId="77777777" w:rsidR="00EC767A" w:rsidRDefault="00000000">
      <w:pPr>
        <w:keepNext/>
        <w:spacing w:before="140"/>
      </w:pPr>
      <w:r>
        <w:rPr>
          <w:rFonts w:ascii="Georgia" w:hAnsi="Georgia"/>
          <w:b/>
          <w:color w:val="375533"/>
          <w:sz w:val="27"/>
        </w:rPr>
        <w:lastRenderedPageBreak/>
        <w:t>Position Preferences &amp; Availability</w:t>
      </w:r>
    </w:p>
    <w:p w14:paraId="05692464" w14:textId="77777777" w:rsidR="00EC767A" w:rsidRDefault="00000000">
      <w:pPr>
        <w:spacing w:after="120"/>
      </w:pPr>
      <w:r>
        <w:rPr>
          <w:color w:val="493125"/>
        </w:rPr>
        <w:t>Employment Desired:   ☐ Full-Time    ☐ Part-Time    ☐ PRN / As Needed</w:t>
      </w:r>
    </w:p>
    <w:p w14:paraId="2DA5BD36" w14:textId="77777777" w:rsidR="00EC767A" w:rsidRDefault="00000000">
      <w:pPr>
        <w:spacing w:after="120"/>
      </w:pPr>
      <w:r>
        <w:rPr>
          <w:color w:val="493125"/>
        </w:rPr>
        <w:t>Shift Availability:   ☐ Days    ☐ Evenings    ☐ Nights    ☐ Weekends    ☐ Holidays</w:t>
      </w:r>
    </w:p>
    <w:p w14:paraId="4A5892E3" w14:textId="77777777" w:rsidR="00EC767A" w:rsidRDefault="00000000">
      <w:pPr>
        <w:keepNext/>
        <w:spacing w:after="100"/>
      </w:pPr>
      <w:r>
        <w:rPr>
          <w:b/>
          <w:color w:val="493125"/>
        </w:rPr>
        <w:t xml:space="preserve">Desired Hourly Wage: </w:t>
      </w:r>
      <w:r>
        <w:rPr>
          <w:color w:val="827466"/>
        </w:rPr>
        <w:t>___________________________________________________________________</w:t>
      </w:r>
    </w:p>
    <w:tbl>
      <w:tblPr>
        <w:tblW w:w="0" w:type="auto"/>
        <w:tblBorders>
          <w:top w:val="single" w:sz="4" w:space="0" w:color="C9C0B4"/>
          <w:left w:val="single" w:sz="4" w:space="0" w:color="C9C0B4"/>
          <w:bottom w:val="single" w:sz="4" w:space="0" w:color="C9C0B4"/>
          <w:right w:val="single" w:sz="4" w:space="0" w:color="C9C0B4"/>
          <w:insideH w:val="single" w:sz="4" w:space="0" w:color="C9C0B4"/>
          <w:insideV w:val="single" w:sz="4" w:space="0" w:color="C9C0B4"/>
        </w:tblBorders>
        <w:tblLayout w:type="fixed"/>
        <w:tblLook w:val="04A0" w:firstRow="1" w:lastRow="0" w:firstColumn="1" w:lastColumn="0" w:noHBand="0" w:noVBand="1"/>
      </w:tblPr>
      <w:tblGrid>
        <w:gridCol w:w="3000"/>
        <w:gridCol w:w="3396"/>
        <w:gridCol w:w="3396"/>
      </w:tblGrid>
      <w:tr w:rsidR="00EC767A" w14:paraId="5C7A82F3" w14:textId="77777777">
        <w:tc>
          <w:tcPr>
            <w:tcW w:w="3000" w:type="dxa"/>
            <w:shd w:val="clear" w:color="auto" w:fill="4F7048"/>
          </w:tcPr>
          <w:p w14:paraId="4307F93D" w14:textId="77777777" w:rsidR="00EC767A" w:rsidRDefault="00000000">
            <w:pPr>
              <w:jc w:val="center"/>
            </w:pPr>
            <w:r>
              <w:rPr>
                <w:b/>
                <w:color w:val="FFFFFF"/>
              </w:rPr>
              <w:t>Day</w:t>
            </w:r>
          </w:p>
        </w:tc>
        <w:tc>
          <w:tcPr>
            <w:tcW w:w="3396" w:type="dxa"/>
            <w:shd w:val="clear" w:color="auto" w:fill="4F7048"/>
          </w:tcPr>
          <w:p w14:paraId="23F16CC8" w14:textId="77777777" w:rsidR="00EC767A" w:rsidRDefault="00000000">
            <w:pPr>
              <w:jc w:val="center"/>
            </w:pPr>
            <w:r>
              <w:rPr>
                <w:b/>
                <w:color w:val="FFFFFF"/>
              </w:rPr>
              <w:t>Available From</w:t>
            </w:r>
          </w:p>
        </w:tc>
        <w:tc>
          <w:tcPr>
            <w:tcW w:w="3396" w:type="dxa"/>
            <w:shd w:val="clear" w:color="auto" w:fill="4F7048"/>
          </w:tcPr>
          <w:p w14:paraId="7FE70367" w14:textId="77777777" w:rsidR="00EC767A" w:rsidRDefault="00000000">
            <w:pPr>
              <w:jc w:val="center"/>
            </w:pPr>
            <w:r>
              <w:rPr>
                <w:b/>
                <w:color w:val="FFFFFF"/>
              </w:rPr>
              <w:t>Available To</w:t>
            </w:r>
          </w:p>
        </w:tc>
      </w:tr>
      <w:tr w:rsidR="00EC767A" w14:paraId="331CF66D" w14:textId="77777777">
        <w:tc>
          <w:tcPr>
            <w:tcW w:w="3000" w:type="dxa"/>
            <w:tcMar>
              <w:top w:w="95" w:type="dxa"/>
              <w:left w:w="90" w:type="dxa"/>
              <w:bottom w:w="95" w:type="dxa"/>
              <w:right w:w="90" w:type="dxa"/>
            </w:tcMar>
          </w:tcPr>
          <w:p w14:paraId="62FE79C5" w14:textId="77777777" w:rsidR="00EC767A" w:rsidRDefault="00000000">
            <w:r>
              <w:rPr>
                <w:b/>
                <w:color w:val="493125"/>
              </w:rPr>
              <w:t>Monday</w:t>
            </w:r>
          </w:p>
        </w:tc>
        <w:tc>
          <w:tcPr>
            <w:tcW w:w="3396" w:type="dxa"/>
            <w:tcMar>
              <w:top w:w="95" w:type="dxa"/>
              <w:left w:w="90" w:type="dxa"/>
              <w:bottom w:w="95" w:type="dxa"/>
              <w:right w:w="90" w:type="dxa"/>
            </w:tcMar>
          </w:tcPr>
          <w:p w14:paraId="57925E12" w14:textId="77777777" w:rsidR="00EC767A" w:rsidRDefault="00EC767A"/>
        </w:tc>
        <w:tc>
          <w:tcPr>
            <w:tcW w:w="3396" w:type="dxa"/>
            <w:tcMar>
              <w:top w:w="95" w:type="dxa"/>
              <w:left w:w="90" w:type="dxa"/>
              <w:bottom w:w="95" w:type="dxa"/>
              <w:right w:w="90" w:type="dxa"/>
            </w:tcMar>
          </w:tcPr>
          <w:p w14:paraId="252FBAC6" w14:textId="77777777" w:rsidR="00EC767A" w:rsidRDefault="00EC767A"/>
        </w:tc>
      </w:tr>
      <w:tr w:rsidR="00EC767A" w14:paraId="5D2E9A53" w14:textId="77777777">
        <w:tc>
          <w:tcPr>
            <w:tcW w:w="3000" w:type="dxa"/>
            <w:tcMar>
              <w:top w:w="95" w:type="dxa"/>
              <w:left w:w="90" w:type="dxa"/>
              <w:bottom w:w="95" w:type="dxa"/>
              <w:right w:w="90" w:type="dxa"/>
            </w:tcMar>
          </w:tcPr>
          <w:p w14:paraId="79268BC9" w14:textId="77777777" w:rsidR="00EC767A" w:rsidRDefault="00000000">
            <w:r>
              <w:rPr>
                <w:b/>
                <w:color w:val="493125"/>
              </w:rPr>
              <w:t>Tuesday</w:t>
            </w:r>
          </w:p>
        </w:tc>
        <w:tc>
          <w:tcPr>
            <w:tcW w:w="3396" w:type="dxa"/>
            <w:tcMar>
              <w:top w:w="95" w:type="dxa"/>
              <w:left w:w="90" w:type="dxa"/>
              <w:bottom w:w="95" w:type="dxa"/>
              <w:right w:w="90" w:type="dxa"/>
            </w:tcMar>
          </w:tcPr>
          <w:p w14:paraId="56CD9634" w14:textId="77777777" w:rsidR="00EC767A" w:rsidRDefault="00EC767A"/>
        </w:tc>
        <w:tc>
          <w:tcPr>
            <w:tcW w:w="3396" w:type="dxa"/>
            <w:tcMar>
              <w:top w:w="95" w:type="dxa"/>
              <w:left w:w="90" w:type="dxa"/>
              <w:bottom w:w="95" w:type="dxa"/>
              <w:right w:w="90" w:type="dxa"/>
            </w:tcMar>
          </w:tcPr>
          <w:p w14:paraId="28083038" w14:textId="77777777" w:rsidR="00EC767A" w:rsidRDefault="00EC767A"/>
        </w:tc>
      </w:tr>
      <w:tr w:rsidR="00EC767A" w14:paraId="64667B48" w14:textId="77777777">
        <w:tc>
          <w:tcPr>
            <w:tcW w:w="3000" w:type="dxa"/>
            <w:tcMar>
              <w:top w:w="95" w:type="dxa"/>
              <w:left w:w="90" w:type="dxa"/>
              <w:bottom w:w="95" w:type="dxa"/>
              <w:right w:w="90" w:type="dxa"/>
            </w:tcMar>
          </w:tcPr>
          <w:p w14:paraId="5FE35504" w14:textId="77777777" w:rsidR="00EC767A" w:rsidRDefault="00000000">
            <w:r>
              <w:rPr>
                <w:b/>
                <w:color w:val="493125"/>
              </w:rPr>
              <w:t>Wednesday</w:t>
            </w:r>
          </w:p>
        </w:tc>
        <w:tc>
          <w:tcPr>
            <w:tcW w:w="3396" w:type="dxa"/>
            <w:tcMar>
              <w:top w:w="95" w:type="dxa"/>
              <w:left w:w="90" w:type="dxa"/>
              <w:bottom w:w="95" w:type="dxa"/>
              <w:right w:w="90" w:type="dxa"/>
            </w:tcMar>
          </w:tcPr>
          <w:p w14:paraId="2F4165C0" w14:textId="77777777" w:rsidR="00EC767A" w:rsidRDefault="00EC767A"/>
        </w:tc>
        <w:tc>
          <w:tcPr>
            <w:tcW w:w="3396" w:type="dxa"/>
            <w:tcMar>
              <w:top w:w="95" w:type="dxa"/>
              <w:left w:w="90" w:type="dxa"/>
              <w:bottom w:w="95" w:type="dxa"/>
              <w:right w:w="90" w:type="dxa"/>
            </w:tcMar>
          </w:tcPr>
          <w:p w14:paraId="7AE954C8" w14:textId="77777777" w:rsidR="00EC767A" w:rsidRDefault="00EC767A"/>
        </w:tc>
      </w:tr>
      <w:tr w:rsidR="00EC767A" w14:paraId="728B178E" w14:textId="77777777">
        <w:tc>
          <w:tcPr>
            <w:tcW w:w="3000" w:type="dxa"/>
            <w:tcMar>
              <w:top w:w="95" w:type="dxa"/>
              <w:left w:w="90" w:type="dxa"/>
              <w:bottom w:w="95" w:type="dxa"/>
              <w:right w:w="90" w:type="dxa"/>
            </w:tcMar>
          </w:tcPr>
          <w:p w14:paraId="4A94784F" w14:textId="77777777" w:rsidR="00EC767A" w:rsidRDefault="00000000">
            <w:r>
              <w:rPr>
                <w:b/>
                <w:color w:val="493125"/>
              </w:rPr>
              <w:t>Thursday</w:t>
            </w:r>
          </w:p>
        </w:tc>
        <w:tc>
          <w:tcPr>
            <w:tcW w:w="3396" w:type="dxa"/>
            <w:tcMar>
              <w:top w:w="95" w:type="dxa"/>
              <w:left w:w="90" w:type="dxa"/>
              <w:bottom w:w="95" w:type="dxa"/>
              <w:right w:w="90" w:type="dxa"/>
            </w:tcMar>
          </w:tcPr>
          <w:p w14:paraId="3CD851E8" w14:textId="77777777" w:rsidR="00EC767A" w:rsidRDefault="00EC767A"/>
        </w:tc>
        <w:tc>
          <w:tcPr>
            <w:tcW w:w="3396" w:type="dxa"/>
            <w:tcMar>
              <w:top w:w="95" w:type="dxa"/>
              <w:left w:w="90" w:type="dxa"/>
              <w:bottom w:w="95" w:type="dxa"/>
              <w:right w:w="90" w:type="dxa"/>
            </w:tcMar>
          </w:tcPr>
          <w:p w14:paraId="51CAF7A3" w14:textId="77777777" w:rsidR="00EC767A" w:rsidRDefault="00EC767A"/>
        </w:tc>
      </w:tr>
      <w:tr w:rsidR="00EC767A" w14:paraId="06FC7AEC" w14:textId="77777777">
        <w:tc>
          <w:tcPr>
            <w:tcW w:w="3000" w:type="dxa"/>
            <w:tcMar>
              <w:top w:w="95" w:type="dxa"/>
              <w:left w:w="90" w:type="dxa"/>
              <w:bottom w:w="95" w:type="dxa"/>
              <w:right w:w="90" w:type="dxa"/>
            </w:tcMar>
          </w:tcPr>
          <w:p w14:paraId="5D139FA4" w14:textId="77777777" w:rsidR="00EC767A" w:rsidRDefault="00000000">
            <w:r>
              <w:rPr>
                <w:b/>
                <w:color w:val="493125"/>
              </w:rPr>
              <w:t>Friday</w:t>
            </w:r>
          </w:p>
        </w:tc>
        <w:tc>
          <w:tcPr>
            <w:tcW w:w="3396" w:type="dxa"/>
            <w:tcMar>
              <w:top w:w="95" w:type="dxa"/>
              <w:left w:w="90" w:type="dxa"/>
              <w:bottom w:w="95" w:type="dxa"/>
              <w:right w:w="90" w:type="dxa"/>
            </w:tcMar>
          </w:tcPr>
          <w:p w14:paraId="54E0368F" w14:textId="77777777" w:rsidR="00EC767A" w:rsidRDefault="00EC767A"/>
        </w:tc>
        <w:tc>
          <w:tcPr>
            <w:tcW w:w="3396" w:type="dxa"/>
            <w:tcMar>
              <w:top w:w="95" w:type="dxa"/>
              <w:left w:w="90" w:type="dxa"/>
              <w:bottom w:w="95" w:type="dxa"/>
              <w:right w:w="90" w:type="dxa"/>
            </w:tcMar>
          </w:tcPr>
          <w:p w14:paraId="3899FFF0" w14:textId="77777777" w:rsidR="00EC767A" w:rsidRDefault="00EC767A"/>
        </w:tc>
      </w:tr>
      <w:tr w:rsidR="00EC767A" w14:paraId="754B3F5B" w14:textId="77777777">
        <w:tc>
          <w:tcPr>
            <w:tcW w:w="3000" w:type="dxa"/>
            <w:tcMar>
              <w:top w:w="95" w:type="dxa"/>
              <w:left w:w="90" w:type="dxa"/>
              <w:bottom w:w="95" w:type="dxa"/>
              <w:right w:w="90" w:type="dxa"/>
            </w:tcMar>
          </w:tcPr>
          <w:p w14:paraId="1F047652" w14:textId="77777777" w:rsidR="00EC767A" w:rsidRDefault="00000000">
            <w:r>
              <w:rPr>
                <w:b/>
                <w:color w:val="493125"/>
              </w:rPr>
              <w:t>Saturday</w:t>
            </w:r>
          </w:p>
        </w:tc>
        <w:tc>
          <w:tcPr>
            <w:tcW w:w="3396" w:type="dxa"/>
            <w:tcMar>
              <w:top w:w="95" w:type="dxa"/>
              <w:left w:w="90" w:type="dxa"/>
              <w:bottom w:w="95" w:type="dxa"/>
              <w:right w:w="90" w:type="dxa"/>
            </w:tcMar>
          </w:tcPr>
          <w:p w14:paraId="093BDF51" w14:textId="77777777" w:rsidR="00EC767A" w:rsidRDefault="00EC767A"/>
        </w:tc>
        <w:tc>
          <w:tcPr>
            <w:tcW w:w="3396" w:type="dxa"/>
            <w:tcMar>
              <w:top w:w="95" w:type="dxa"/>
              <w:left w:w="90" w:type="dxa"/>
              <w:bottom w:w="95" w:type="dxa"/>
              <w:right w:w="90" w:type="dxa"/>
            </w:tcMar>
          </w:tcPr>
          <w:p w14:paraId="58F2CA64" w14:textId="77777777" w:rsidR="00EC767A" w:rsidRDefault="00EC767A"/>
        </w:tc>
      </w:tr>
      <w:tr w:rsidR="00EC767A" w14:paraId="45873A3A" w14:textId="77777777">
        <w:tc>
          <w:tcPr>
            <w:tcW w:w="3000" w:type="dxa"/>
            <w:tcMar>
              <w:top w:w="95" w:type="dxa"/>
              <w:left w:w="90" w:type="dxa"/>
              <w:bottom w:w="95" w:type="dxa"/>
              <w:right w:w="90" w:type="dxa"/>
            </w:tcMar>
          </w:tcPr>
          <w:p w14:paraId="62CA8EE0" w14:textId="77777777" w:rsidR="00EC767A" w:rsidRDefault="00000000">
            <w:r>
              <w:rPr>
                <w:b/>
                <w:color w:val="493125"/>
              </w:rPr>
              <w:t>Sunday</w:t>
            </w:r>
          </w:p>
        </w:tc>
        <w:tc>
          <w:tcPr>
            <w:tcW w:w="3396" w:type="dxa"/>
            <w:tcMar>
              <w:top w:w="95" w:type="dxa"/>
              <w:left w:w="90" w:type="dxa"/>
              <w:bottom w:w="95" w:type="dxa"/>
              <w:right w:w="90" w:type="dxa"/>
            </w:tcMar>
          </w:tcPr>
          <w:p w14:paraId="0FD81B24" w14:textId="77777777" w:rsidR="00EC767A" w:rsidRDefault="00EC767A"/>
        </w:tc>
        <w:tc>
          <w:tcPr>
            <w:tcW w:w="3396" w:type="dxa"/>
            <w:tcMar>
              <w:top w:w="95" w:type="dxa"/>
              <w:left w:w="90" w:type="dxa"/>
              <w:bottom w:w="95" w:type="dxa"/>
              <w:right w:w="90" w:type="dxa"/>
            </w:tcMar>
          </w:tcPr>
          <w:p w14:paraId="7095FFE7" w14:textId="77777777" w:rsidR="00EC767A" w:rsidRDefault="00EC767A"/>
        </w:tc>
      </w:tr>
    </w:tbl>
    <w:p w14:paraId="6FD19FE7" w14:textId="77777777" w:rsidR="00EC767A" w:rsidRDefault="00000000">
      <w:pPr>
        <w:keepNext/>
        <w:spacing w:before="140"/>
      </w:pPr>
      <w:r>
        <w:rPr>
          <w:rFonts w:ascii="Georgia" w:hAnsi="Georgia"/>
          <w:b/>
          <w:color w:val="375533"/>
          <w:sz w:val="27"/>
        </w:rPr>
        <w:t>Hiring Requirements</w:t>
      </w:r>
    </w:p>
    <w:p w14:paraId="57F06324" w14:textId="77777777" w:rsidR="00EC767A" w:rsidRDefault="00000000">
      <w:pPr>
        <w:spacing w:after="100"/>
      </w:pPr>
      <w:r>
        <w:rPr>
          <w:i/>
          <w:color w:val="827466"/>
        </w:rPr>
        <w:t>If offered employment, are you willing to:</w:t>
      </w:r>
    </w:p>
    <w:p w14:paraId="3C185071" w14:textId="77777777" w:rsidR="00EC767A" w:rsidRDefault="00000000">
      <w:pPr>
        <w:spacing w:after="100"/>
      </w:pPr>
      <w:r>
        <w:rPr>
          <w:b/>
          <w:color w:val="375533"/>
        </w:rPr>
        <w:t xml:space="preserve">☐ Yes    ☐ No   </w:t>
      </w:r>
      <w:r>
        <w:rPr>
          <w:color w:val="493125"/>
        </w:rPr>
        <w:t>Complete a fingerprint-based criminal background check</w:t>
      </w:r>
    </w:p>
    <w:p w14:paraId="0BD2DC44" w14:textId="77777777" w:rsidR="00EC767A" w:rsidRDefault="00000000">
      <w:pPr>
        <w:spacing w:after="100"/>
      </w:pPr>
      <w:r>
        <w:rPr>
          <w:b/>
          <w:color w:val="375533"/>
        </w:rPr>
        <w:t xml:space="preserve">☐ Yes    ☐ No   </w:t>
      </w:r>
      <w:r>
        <w:rPr>
          <w:color w:val="493125"/>
        </w:rPr>
        <w:t>Complete a post-offer, pre-employment medical physical</w:t>
      </w:r>
    </w:p>
    <w:p w14:paraId="3358CEAE" w14:textId="77777777" w:rsidR="00EC767A" w:rsidRDefault="00000000">
      <w:pPr>
        <w:spacing w:after="100"/>
      </w:pPr>
      <w:r>
        <w:rPr>
          <w:b/>
          <w:color w:val="375533"/>
        </w:rPr>
        <w:t xml:space="preserve">☐ Yes    ☐ No   </w:t>
      </w:r>
      <w:r>
        <w:rPr>
          <w:color w:val="493125"/>
        </w:rPr>
        <w:t>Provide or obtain current CPR certification</w:t>
      </w:r>
    </w:p>
    <w:p w14:paraId="70FDC8F7" w14:textId="77777777" w:rsidR="00EC767A" w:rsidRDefault="00000000">
      <w:pPr>
        <w:spacing w:after="100"/>
      </w:pPr>
      <w:r>
        <w:rPr>
          <w:b/>
          <w:color w:val="375533"/>
        </w:rPr>
        <w:t xml:space="preserve">☐ Yes    ☐ No   </w:t>
      </w:r>
      <w:r>
        <w:rPr>
          <w:color w:val="493125"/>
        </w:rPr>
        <w:t>Provide or obtain current First Aid certification</w:t>
      </w:r>
    </w:p>
    <w:p w14:paraId="5313B12D" w14:textId="77777777" w:rsidR="00EC767A" w:rsidRDefault="00000000">
      <w:pPr>
        <w:spacing w:after="100"/>
      </w:pPr>
      <w:r>
        <w:rPr>
          <w:b/>
          <w:color w:val="375533"/>
        </w:rPr>
        <w:t xml:space="preserve">☐ Yes    ☐ No   </w:t>
      </w:r>
      <w:r>
        <w:rPr>
          <w:color w:val="493125"/>
        </w:rPr>
        <w:t>Complete required state and company training during orientation</w:t>
      </w:r>
    </w:p>
    <w:p w14:paraId="3580F885" w14:textId="77777777" w:rsidR="00EC767A" w:rsidRDefault="00000000">
      <w:pPr>
        <w:spacing w:after="100"/>
      </w:pPr>
      <w:r>
        <w:rPr>
          <w:b/>
          <w:color w:val="375533"/>
        </w:rPr>
        <w:t xml:space="preserve">☐ Yes    ☐ No   </w:t>
      </w:r>
      <w:r>
        <w:rPr>
          <w:color w:val="493125"/>
        </w:rPr>
        <w:t>Comply with Adult Foster Care licensing and company requirements</w:t>
      </w:r>
    </w:p>
    <w:p w14:paraId="2FCAD2BF" w14:textId="77777777" w:rsidR="00EC767A" w:rsidRDefault="00000000">
      <w:pPr>
        <w:keepNext/>
        <w:spacing w:before="140"/>
      </w:pPr>
      <w:r>
        <w:rPr>
          <w:rFonts w:ascii="Georgia" w:hAnsi="Georgia"/>
          <w:b/>
          <w:color w:val="375533"/>
          <w:sz w:val="27"/>
        </w:rPr>
        <w:t>Professional Background &amp; Claims Screening</w:t>
      </w:r>
    </w:p>
    <w:p w14:paraId="1303A75B" w14:textId="77777777" w:rsidR="00EC767A" w:rsidRDefault="00000000">
      <w:pPr>
        <w:spacing w:after="100"/>
      </w:pPr>
      <w:r>
        <w:rPr>
          <w:color w:val="493125"/>
        </w:rPr>
        <w:t xml:space="preserve">Have you ever been named as a defendant or respondent in a professional-liability claim, licensing or regulatory action, or civil lawsuit alleging abuse, neglect, improper care, medication error, resident/client injury, or professional misconduct arising from services you provided?   </w:t>
      </w:r>
      <w:r>
        <w:rPr>
          <w:b/>
          <w:color w:val="375533"/>
        </w:rPr>
        <w:t>☐ Yes    ☐ No</w:t>
      </w:r>
    </w:p>
    <w:p w14:paraId="0E3809DB" w14:textId="77777777" w:rsidR="00EC767A" w:rsidRDefault="00000000">
      <w:pPr>
        <w:spacing w:after="60"/>
      </w:pPr>
      <w:r>
        <w:rPr>
          <w:b/>
          <w:color w:val="493125"/>
        </w:rPr>
        <w:t>If yes, briefly describe the matter and its outcome:</w:t>
      </w:r>
    </w:p>
    <w:p w14:paraId="16DEC817" w14:textId="77777777" w:rsidR="00EC767A" w:rsidRDefault="00000000">
      <w:r>
        <w:rPr>
          <w:color w:val="827466"/>
        </w:rPr>
        <w:t>____________________________________________________________________________________________________</w:t>
      </w:r>
    </w:p>
    <w:p w14:paraId="7BAED04D" w14:textId="77777777" w:rsidR="00EC767A" w:rsidRDefault="00000000">
      <w:r>
        <w:rPr>
          <w:color w:val="827466"/>
        </w:rPr>
        <w:t>____________________________________________________________________________________________________</w:t>
      </w:r>
    </w:p>
    <w:p w14:paraId="7C7A11C8" w14:textId="77777777" w:rsidR="00EC767A" w:rsidRDefault="00000000">
      <w:pPr>
        <w:spacing w:before="20"/>
      </w:pPr>
      <w:r>
        <w:rPr>
          <w:i/>
          <w:color w:val="827466"/>
          <w:sz w:val="17"/>
        </w:rPr>
        <w:t>Do not disclose workers' compensation claims, disability or medical information, or discrimination, harassment, retaliation, accommodation, or other legally protected complaints that you filed or participated in.</w:t>
      </w:r>
    </w:p>
    <w:p w14:paraId="72091094" w14:textId="77777777" w:rsidR="00EC767A" w:rsidRDefault="00000000">
      <w:r>
        <w:br w:type="page"/>
      </w:r>
    </w:p>
    <w:p w14:paraId="60CDDF65" w14:textId="77777777" w:rsidR="00EC767A" w:rsidRDefault="00000000">
      <w:pPr>
        <w:keepNext/>
        <w:spacing w:before="140"/>
      </w:pPr>
      <w:r>
        <w:rPr>
          <w:rFonts w:ascii="Georgia" w:hAnsi="Georgia"/>
          <w:b/>
          <w:color w:val="375533"/>
          <w:sz w:val="27"/>
        </w:rPr>
        <w:lastRenderedPageBreak/>
        <w:t>Relevant Care Experience &amp; Qualifications</w:t>
      </w:r>
    </w:p>
    <w:p w14:paraId="5500199B" w14:textId="77777777" w:rsidR="00EC767A" w:rsidRDefault="00000000">
      <w:pPr>
        <w:keepNext/>
        <w:spacing w:after="100"/>
      </w:pPr>
      <w:r>
        <w:rPr>
          <w:b/>
          <w:color w:val="493125"/>
        </w:rPr>
        <w:t xml:space="preserve">Total years of paid caregiving, direct-care, or human-services experience: </w:t>
      </w:r>
      <w:r>
        <w:rPr>
          <w:color w:val="827466"/>
        </w:rPr>
        <w:t>_______________________________________</w:t>
      </w:r>
    </w:p>
    <w:p w14:paraId="7FE32912" w14:textId="77777777" w:rsidR="00EC767A" w:rsidRDefault="00000000">
      <w:pPr>
        <w:spacing w:after="100"/>
      </w:pPr>
      <w:r>
        <w:rPr>
          <w:color w:val="493125"/>
        </w:rPr>
        <w:t xml:space="preserve">Settings in which you have worked:   ☐ Adult Foster Care   ☐ Assisted Living   ☐ Home Care   ☐ Hospital / Clinic   ☐ Other: </w:t>
      </w:r>
      <w:r>
        <w:rPr>
          <w:color w:val="827466"/>
        </w:rPr>
        <w:t>__________________</w:t>
      </w:r>
    </w:p>
    <w:p w14:paraId="48AB889B" w14:textId="77777777" w:rsidR="00EC767A" w:rsidRDefault="00000000">
      <w:pPr>
        <w:spacing w:after="100"/>
      </w:pPr>
      <w:r>
        <w:rPr>
          <w:color w:val="493125"/>
        </w:rPr>
        <w:t>Populations you have supported:   ☐ Aged   ☐ Mental Illness   ☐ Developmental Disability   ☐ Physical Disability   ☐ TBI   ☐ Dementia / Memory Loss</w:t>
      </w:r>
    </w:p>
    <w:p w14:paraId="77A47FE4" w14:textId="77777777" w:rsidR="00EC767A" w:rsidRDefault="00000000">
      <w:pPr>
        <w:spacing w:after="100"/>
      </w:pPr>
      <w:r>
        <w:rPr>
          <w:color w:val="493125"/>
        </w:rPr>
        <w:t>Experience includes:   ☐ ADL Support   ☐ Medication Assistance   ☐ Documentation   ☐ Behavior Support / De-escalation   ☐ Resident Transportation</w:t>
      </w:r>
    </w:p>
    <w:p w14:paraId="7CCB4902" w14:textId="77777777" w:rsidR="00EC767A" w:rsidRDefault="00000000">
      <w:pPr>
        <w:keepNext/>
        <w:spacing w:after="100"/>
      </w:pPr>
      <w:r>
        <w:rPr>
          <w:b/>
          <w:color w:val="493125"/>
        </w:rPr>
        <w:t xml:space="preserve">Describe other relevant experience or specialized training: </w:t>
      </w:r>
      <w:r>
        <w:rPr>
          <w:color w:val="827466"/>
        </w:rPr>
        <w:t>_______________________________________________</w:t>
      </w:r>
    </w:p>
    <w:p w14:paraId="1DBCC33F" w14:textId="77777777" w:rsidR="00EC767A" w:rsidRDefault="00000000">
      <w:r>
        <w:rPr>
          <w:color w:val="827466"/>
        </w:rPr>
        <w:t>____________________________________________________________________________________________________</w:t>
      </w:r>
    </w:p>
    <w:p w14:paraId="6D9B028E" w14:textId="77777777" w:rsidR="00EC767A" w:rsidRDefault="00000000">
      <w:r>
        <w:rPr>
          <w:color w:val="827466"/>
        </w:rPr>
        <w:t>____________________________________________________________________________________________________</w:t>
      </w:r>
    </w:p>
    <w:p w14:paraId="6EBDE40A" w14:textId="77777777" w:rsidR="00EC767A" w:rsidRDefault="00000000">
      <w:pPr>
        <w:keepNext/>
        <w:spacing w:after="100"/>
      </w:pPr>
      <w:r>
        <w:rPr>
          <w:color w:val="493125"/>
        </w:rPr>
        <w:t xml:space="preserve">Can you perform the essential duties of the position, with or without reasonable accommodation?   </w:t>
      </w:r>
      <w:r>
        <w:rPr>
          <w:b/>
          <w:color w:val="375533"/>
        </w:rPr>
        <w:t>☐ Yes    ☐ No</w:t>
      </w:r>
    </w:p>
    <w:p w14:paraId="05E24767" w14:textId="77777777" w:rsidR="00EC767A" w:rsidRDefault="00000000">
      <w:pPr>
        <w:spacing w:after="100"/>
      </w:pPr>
      <w:r>
        <w:rPr>
          <w:i/>
          <w:color w:val="827466"/>
          <w:sz w:val="17"/>
        </w:rPr>
        <w:t>Do not identify a diagnosis or medical condition on this application. Reasonable-accommodation requests may be discussed separately.</w:t>
      </w:r>
    </w:p>
    <w:p w14:paraId="54D9DFF5" w14:textId="77777777" w:rsidR="00EC767A" w:rsidRDefault="00000000">
      <w:pPr>
        <w:keepNext/>
        <w:spacing w:before="140"/>
      </w:pPr>
      <w:r>
        <w:rPr>
          <w:rFonts w:ascii="Georgia" w:hAnsi="Georgia"/>
          <w:b/>
          <w:color w:val="375533"/>
          <w:sz w:val="27"/>
        </w:rPr>
        <w:t>Professional Suitability &amp; Exclusion Disclosures</w:t>
      </w:r>
    </w:p>
    <w:p w14:paraId="457193EB" w14:textId="77777777" w:rsidR="00EC767A" w:rsidRDefault="00000000">
      <w:pPr>
        <w:keepNext/>
        <w:spacing w:after="100"/>
      </w:pPr>
      <w:r>
        <w:rPr>
          <w:color w:val="493125"/>
        </w:rPr>
        <w:t xml:space="preserve">Have you ever had a professional or occupational license, certification, registration, or caregiving credential denied, restricted, suspended, revoked, or disciplined?   </w:t>
      </w:r>
      <w:r>
        <w:rPr>
          <w:b/>
          <w:color w:val="375533"/>
        </w:rPr>
        <w:t>☐ Yes    ☐ No</w:t>
      </w:r>
    </w:p>
    <w:p w14:paraId="31447703" w14:textId="77777777" w:rsidR="00EC767A" w:rsidRDefault="00000000">
      <w:pPr>
        <w:keepNext/>
        <w:spacing w:after="100"/>
      </w:pPr>
      <w:r>
        <w:rPr>
          <w:color w:val="493125"/>
        </w:rPr>
        <w:t xml:space="preserve">Have you ever had a substantiated finding of abuse, neglect, exploitation, misappropriation, or mistreatment involving a child, vulnerable adult, resident, or client?   </w:t>
      </w:r>
      <w:r>
        <w:rPr>
          <w:b/>
          <w:color w:val="375533"/>
        </w:rPr>
        <w:t>☐ Yes    ☐ No</w:t>
      </w:r>
    </w:p>
    <w:p w14:paraId="2A96835C" w14:textId="77777777" w:rsidR="00EC767A" w:rsidRDefault="00000000">
      <w:pPr>
        <w:keepNext/>
        <w:spacing w:after="100"/>
      </w:pPr>
      <w:r>
        <w:rPr>
          <w:color w:val="493125"/>
        </w:rPr>
        <w:t xml:space="preserve">Are you currently excluded, suspended, debarred, or otherwise ineligible to participate in Medicare, Medicaid, or another federal or state health-care program?   </w:t>
      </w:r>
      <w:r>
        <w:rPr>
          <w:b/>
          <w:color w:val="375533"/>
        </w:rPr>
        <w:t>☐ Yes    ☐ No</w:t>
      </w:r>
    </w:p>
    <w:p w14:paraId="6B3A2F05" w14:textId="77777777" w:rsidR="00EC767A" w:rsidRDefault="00000000">
      <w:pPr>
        <w:keepNext/>
        <w:spacing w:after="100"/>
      </w:pPr>
      <w:r>
        <w:rPr>
          <w:color w:val="493125"/>
        </w:rPr>
        <w:t xml:space="preserve">Have you ever been terminated, suspended, removed from duty, or permitted to resign in lieu of discipline for resident/client safety, abuse, neglect, medication handling, confidentiality, theft, fraud, or falsification of records?   </w:t>
      </w:r>
      <w:r>
        <w:rPr>
          <w:b/>
          <w:color w:val="375533"/>
        </w:rPr>
        <w:t>☐ Yes    ☐ No</w:t>
      </w:r>
    </w:p>
    <w:p w14:paraId="322AC169" w14:textId="77777777" w:rsidR="00EC767A" w:rsidRDefault="00000000">
      <w:pPr>
        <w:spacing w:after="60"/>
      </w:pPr>
      <w:r>
        <w:rPr>
          <w:b/>
          <w:color w:val="493125"/>
        </w:rPr>
        <w:t>If you answered Yes to any question above, explain the circumstances and outcome. A Yes answer does not automatically disqualify you; each matter will be evaluated as permitted by law.</w:t>
      </w:r>
    </w:p>
    <w:p w14:paraId="2D4AB6E2" w14:textId="77777777" w:rsidR="00EC767A" w:rsidRDefault="00000000">
      <w:r>
        <w:rPr>
          <w:color w:val="827466"/>
        </w:rPr>
        <w:t>____________________________________________________________________________________________________</w:t>
      </w:r>
    </w:p>
    <w:p w14:paraId="2656B87F" w14:textId="77777777" w:rsidR="00EC767A" w:rsidRDefault="00000000">
      <w:r>
        <w:rPr>
          <w:color w:val="827466"/>
        </w:rPr>
        <w:t>____________________________________________________________________________________________________</w:t>
      </w:r>
    </w:p>
    <w:p w14:paraId="67F0A30C" w14:textId="77777777" w:rsidR="00EC767A" w:rsidRDefault="00000000">
      <w:r>
        <w:rPr>
          <w:color w:val="827466"/>
        </w:rPr>
        <w:t>____________________________________________________________________________________________________</w:t>
      </w:r>
    </w:p>
    <w:p w14:paraId="15ABE512" w14:textId="77777777" w:rsidR="00EC767A" w:rsidRDefault="00000000">
      <w:pPr>
        <w:keepNext/>
        <w:spacing w:before="140"/>
      </w:pPr>
      <w:r>
        <w:rPr>
          <w:rFonts w:ascii="Georgia" w:hAnsi="Georgia"/>
          <w:b/>
          <w:color w:val="375533"/>
          <w:sz w:val="27"/>
        </w:rPr>
        <w:t>Driving Eligibility (If Resident Transportation Is Required)</w:t>
      </w:r>
    </w:p>
    <w:p w14:paraId="7E7F919E" w14:textId="77777777" w:rsidR="00EC767A" w:rsidRDefault="00000000">
      <w:pPr>
        <w:keepNext/>
        <w:spacing w:after="100"/>
      </w:pPr>
      <w:r>
        <w:rPr>
          <w:color w:val="493125"/>
        </w:rPr>
        <w:t xml:space="preserve">Has your driver's license been suspended, revoked, or restricted during the past five years?   </w:t>
      </w:r>
      <w:r>
        <w:rPr>
          <w:b/>
          <w:color w:val="375533"/>
        </w:rPr>
        <w:t>☐ Yes    ☐ No</w:t>
      </w:r>
    </w:p>
    <w:p w14:paraId="7F024F6F" w14:textId="77777777" w:rsidR="00EC767A" w:rsidRDefault="00000000">
      <w:pPr>
        <w:keepNext/>
        <w:spacing w:after="100"/>
      </w:pPr>
      <w:r>
        <w:rPr>
          <w:color w:val="493125"/>
        </w:rPr>
        <w:t xml:space="preserve">If use of your personal vehicle is required, can you provide proof of current automobile insurance?   </w:t>
      </w:r>
      <w:r>
        <w:rPr>
          <w:b/>
          <w:color w:val="375533"/>
        </w:rPr>
        <w:t>☐ Yes    ☐ No</w:t>
      </w:r>
    </w:p>
    <w:p w14:paraId="16AE4AE4" w14:textId="77777777" w:rsidR="00EC767A" w:rsidRDefault="00000000">
      <w:pPr>
        <w:spacing w:after="100"/>
      </w:pPr>
      <w:r>
        <w:rPr>
          <w:color w:val="493125"/>
          <w:sz w:val="18"/>
        </w:rPr>
        <w:t>I authorize Marie Angels Care Homes LLC to verify my driver's license status and obtain a motor-vehicle record when driving is an essential job duty and after any legally required notice or authorization.   ☐ Yes   ☐ No</w:t>
      </w:r>
    </w:p>
    <w:p w14:paraId="377BC028" w14:textId="77777777" w:rsidR="00EC767A" w:rsidRDefault="00000000">
      <w:pPr>
        <w:keepNext/>
        <w:spacing w:before="140"/>
      </w:pPr>
      <w:r>
        <w:rPr>
          <w:rFonts w:ascii="Georgia" w:hAnsi="Georgia"/>
          <w:b/>
          <w:color w:val="375533"/>
          <w:sz w:val="27"/>
        </w:rPr>
        <w:t>Employment History</w:t>
      </w:r>
    </w:p>
    <w:p w14:paraId="21878245" w14:textId="77777777" w:rsidR="00EC767A" w:rsidRDefault="00000000">
      <w:pPr>
        <w:spacing w:after="100"/>
      </w:pPr>
      <w:r>
        <w:rPr>
          <w:i/>
          <w:color w:val="827466"/>
        </w:rPr>
        <w:t>List your three most recent employers, beginning with the most recent.</w:t>
      </w:r>
    </w:p>
    <w:p w14:paraId="669D4C55" w14:textId="77777777" w:rsidR="00EC767A" w:rsidRDefault="00000000">
      <w:pPr>
        <w:spacing w:before="80" w:after="60"/>
      </w:pPr>
      <w:r>
        <w:rPr>
          <w:rFonts w:ascii="Georgia" w:hAnsi="Georgia"/>
          <w:b/>
          <w:color w:val="375533"/>
          <w:sz w:val="22"/>
        </w:rPr>
        <w:t>Employer 1</w:t>
      </w:r>
    </w:p>
    <w:p w14:paraId="3B864CB8" w14:textId="77777777" w:rsidR="00EC767A" w:rsidRDefault="00000000">
      <w:pPr>
        <w:keepNext/>
        <w:spacing w:after="100"/>
      </w:pPr>
      <w:r>
        <w:rPr>
          <w:b/>
          <w:color w:val="493125"/>
        </w:rPr>
        <w:lastRenderedPageBreak/>
        <w:t xml:space="preserve">Employer Name: </w:t>
      </w:r>
      <w:r>
        <w:rPr>
          <w:color w:val="827466"/>
        </w:rPr>
        <w:t>_______________________________________________________________________</w:t>
      </w:r>
    </w:p>
    <w:p w14:paraId="2A3A01A4" w14:textId="77777777" w:rsidR="00EC767A" w:rsidRDefault="00000000">
      <w:pPr>
        <w:keepNext/>
        <w:spacing w:after="100"/>
      </w:pPr>
      <w:r>
        <w:rPr>
          <w:b/>
          <w:color w:val="493125"/>
        </w:rPr>
        <w:t xml:space="preserve">Position / Main Duties: </w:t>
      </w:r>
      <w:r>
        <w:rPr>
          <w:color w:val="827466"/>
        </w:rPr>
        <w:t>______________________________________________________________</w:t>
      </w:r>
    </w:p>
    <w:p w14:paraId="0E5DBF68" w14:textId="77777777" w:rsidR="00EC767A" w:rsidRDefault="00000000">
      <w:pPr>
        <w:keepNext/>
        <w:spacing w:after="100"/>
      </w:pPr>
      <w:r>
        <w:rPr>
          <w:b/>
          <w:color w:val="493125"/>
        </w:rPr>
        <w:t xml:space="preserve">Dates Employed: </w:t>
      </w:r>
      <w:r>
        <w:rPr>
          <w:color w:val="827466"/>
        </w:rPr>
        <w:t>_____________________________________________________________________</w:t>
      </w:r>
    </w:p>
    <w:p w14:paraId="3D84AF8E" w14:textId="77777777" w:rsidR="00EC767A" w:rsidRDefault="00000000">
      <w:pPr>
        <w:keepNext/>
        <w:spacing w:after="100"/>
      </w:pPr>
      <w:r>
        <w:rPr>
          <w:b/>
          <w:color w:val="493125"/>
        </w:rPr>
        <w:t xml:space="preserve">Reason for Leaving: </w:t>
      </w:r>
      <w:r>
        <w:rPr>
          <w:color w:val="827466"/>
        </w:rPr>
        <w:t>_________________________________________________________________</w:t>
      </w:r>
    </w:p>
    <w:p w14:paraId="264FABF6" w14:textId="77777777" w:rsidR="00EC767A" w:rsidRDefault="00000000">
      <w:pPr>
        <w:keepNext/>
        <w:spacing w:after="100"/>
      </w:pPr>
      <w:r>
        <w:rPr>
          <w:b/>
          <w:color w:val="493125"/>
        </w:rPr>
        <w:t xml:space="preserve">Supervisor and Phone: </w:t>
      </w:r>
      <w:r>
        <w:rPr>
          <w:color w:val="827466"/>
        </w:rPr>
        <w:t>_____________________________________________________________</w:t>
      </w:r>
    </w:p>
    <w:p w14:paraId="5984B9E2" w14:textId="77777777" w:rsidR="00EC767A" w:rsidRDefault="00000000">
      <w:pPr>
        <w:spacing w:before="80" w:after="60"/>
      </w:pPr>
      <w:r>
        <w:rPr>
          <w:rFonts w:ascii="Georgia" w:hAnsi="Georgia"/>
          <w:b/>
          <w:color w:val="375533"/>
          <w:sz w:val="22"/>
        </w:rPr>
        <w:t>Employer 2</w:t>
      </w:r>
    </w:p>
    <w:p w14:paraId="53DBF1CF" w14:textId="77777777" w:rsidR="00EC767A" w:rsidRDefault="00000000">
      <w:pPr>
        <w:keepNext/>
        <w:spacing w:after="100"/>
      </w:pPr>
      <w:r>
        <w:rPr>
          <w:b/>
          <w:color w:val="493125"/>
        </w:rPr>
        <w:t xml:space="preserve">Employer Name: </w:t>
      </w:r>
      <w:r>
        <w:rPr>
          <w:color w:val="827466"/>
        </w:rPr>
        <w:t>_______________________________________________________________________</w:t>
      </w:r>
    </w:p>
    <w:p w14:paraId="37D882D1" w14:textId="77777777" w:rsidR="00EC767A" w:rsidRDefault="00000000">
      <w:pPr>
        <w:keepNext/>
        <w:spacing w:after="100"/>
      </w:pPr>
      <w:r>
        <w:rPr>
          <w:b/>
          <w:color w:val="493125"/>
        </w:rPr>
        <w:t xml:space="preserve">Position / Main Duties: </w:t>
      </w:r>
      <w:r>
        <w:rPr>
          <w:color w:val="827466"/>
        </w:rPr>
        <w:t>______________________________________________________________</w:t>
      </w:r>
    </w:p>
    <w:p w14:paraId="081F65FE" w14:textId="77777777" w:rsidR="00EC767A" w:rsidRDefault="00000000">
      <w:pPr>
        <w:keepNext/>
        <w:spacing w:after="100"/>
      </w:pPr>
      <w:r>
        <w:rPr>
          <w:b/>
          <w:color w:val="493125"/>
        </w:rPr>
        <w:t xml:space="preserve">Dates Employed: </w:t>
      </w:r>
      <w:r>
        <w:rPr>
          <w:color w:val="827466"/>
        </w:rPr>
        <w:t>_____________________________________________________________________</w:t>
      </w:r>
    </w:p>
    <w:p w14:paraId="3798817D" w14:textId="77777777" w:rsidR="00EC767A" w:rsidRDefault="00000000">
      <w:pPr>
        <w:keepNext/>
        <w:spacing w:after="100"/>
      </w:pPr>
      <w:r>
        <w:rPr>
          <w:b/>
          <w:color w:val="493125"/>
        </w:rPr>
        <w:t xml:space="preserve">Reason for Leaving: </w:t>
      </w:r>
      <w:r>
        <w:rPr>
          <w:color w:val="827466"/>
        </w:rPr>
        <w:t>_________________________________________________________________</w:t>
      </w:r>
    </w:p>
    <w:p w14:paraId="70AC656F" w14:textId="77777777" w:rsidR="00EC767A" w:rsidRDefault="00000000">
      <w:pPr>
        <w:keepNext/>
        <w:spacing w:after="100"/>
      </w:pPr>
      <w:r>
        <w:rPr>
          <w:b/>
          <w:color w:val="493125"/>
        </w:rPr>
        <w:t xml:space="preserve">Supervisor and Phone: </w:t>
      </w:r>
      <w:r>
        <w:rPr>
          <w:color w:val="827466"/>
        </w:rPr>
        <w:t>_____________________________________________________________</w:t>
      </w:r>
    </w:p>
    <w:p w14:paraId="20BC490A" w14:textId="77777777" w:rsidR="00EC767A" w:rsidRDefault="00000000">
      <w:pPr>
        <w:spacing w:before="80" w:after="60"/>
      </w:pPr>
      <w:r>
        <w:rPr>
          <w:rFonts w:ascii="Georgia" w:hAnsi="Georgia"/>
          <w:b/>
          <w:color w:val="375533"/>
          <w:sz w:val="22"/>
        </w:rPr>
        <w:t>Employer 3</w:t>
      </w:r>
    </w:p>
    <w:p w14:paraId="724AC5E5" w14:textId="77777777" w:rsidR="00EC767A" w:rsidRDefault="00000000">
      <w:pPr>
        <w:keepNext/>
        <w:spacing w:after="100"/>
      </w:pPr>
      <w:r>
        <w:rPr>
          <w:b/>
          <w:color w:val="493125"/>
        </w:rPr>
        <w:t xml:space="preserve">Employer Name: </w:t>
      </w:r>
      <w:r>
        <w:rPr>
          <w:color w:val="827466"/>
        </w:rPr>
        <w:t>_______________________________________________________________________</w:t>
      </w:r>
    </w:p>
    <w:p w14:paraId="3996C40C" w14:textId="77777777" w:rsidR="00EC767A" w:rsidRDefault="00000000">
      <w:pPr>
        <w:keepNext/>
        <w:spacing w:after="100"/>
      </w:pPr>
      <w:r>
        <w:rPr>
          <w:b/>
          <w:color w:val="493125"/>
        </w:rPr>
        <w:t xml:space="preserve">Position / Main Duties: </w:t>
      </w:r>
      <w:r>
        <w:rPr>
          <w:color w:val="827466"/>
        </w:rPr>
        <w:t>______________________________________________________________</w:t>
      </w:r>
    </w:p>
    <w:p w14:paraId="67EBE2BD" w14:textId="77777777" w:rsidR="00EC767A" w:rsidRDefault="00000000">
      <w:pPr>
        <w:keepNext/>
        <w:spacing w:after="100"/>
      </w:pPr>
      <w:r>
        <w:rPr>
          <w:b/>
          <w:color w:val="493125"/>
        </w:rPr>
        <w:t xml:space="preserve">Dates Employed: </w:t>
      </w:r>
      <w:r>
        <w:rPr>
          <w:color w:val="827466"/>
        </w:rPr>
        <w:t>_____________________________________________________________________</w:t>
      </w:r>
    </w:p>
    <w:p w14:paraId="5F665974" w14:textId="77777777" w:rsidR="00EC767A" w:rsidRDefault="00000000">
      <w:pPr>
        <w:keepNext/>
        <w:spacing w:after="100"/>
      </w:pPr>
      <w:r>
        <w:rPr>
          <w:b/>
          <w:color w:val="493125"/>
        </w:rPr>
        <w:t xml:space="preserve">Reason for Leaving: </w:t>
      </w:r>
      <w:r>
        <w:rPr>
          <w:color w:val="827466"/>
        </w:rPr>
        <w:t>_________________________________________________________________</w:t>
      </w:r>
    </w:p>
    <w:p w14:paraId="7482AD73" w14:textId="77777777" w:rsidR="00EC767A" w:rsidRDefault="00000000">
      <w:pPr>
        <w:keepNext/>
        <w:spacing w:after="100"/>
      </w:pPr>
      <w:r>
        <w:rPr>
          <w:b/>
          <w:color w:val="493125"/>
        </w:rPr>
        <w:t xml:space="preserve">Supervisor and Phone: </w:t>
      </w:r>
      <w:r>
        <w:rPr>
          <w:color w:val="827466"/>
        </w:rPr>
        <w:t>_____________________________________________________________</w:t>
      </w:r>
    </w:p>
    <w:p w14:paraId="54450DB6" w14:textId="77777777" w:rsidR="00EC767A" w:rsidRDefault="00000000">
      <w:pPr>
        <w:keepNext/>
        <w:spacing w:before="140"/>
      </w:pPr>
      <w:r>
        <w:rPr>
          <w:rFonts w:ascii="Georgia" w:hAnsi="Georgia"/>
          <w:b/>
          <w:color w:val="375533"/>
          <w:sz w:val="27"/>
        </w:rPr>
        <w:t>Education</w:t>
      </w:r>
    </w:p>
    <w:p w14:paraId="782BDF66" w14:textId="77777777" w:rsidR="00EC767A" w:rsidRDefault="00000000">
      <w:pPr>
        <w:spacing w:after="100"/>
      </w:pPr>
      <w:r>
        <w:rPr>
          <w:color w:val="493125"/>
        </w:rPr>
        <w:t>Highest Level Completed:   ☐ High School   ☐ GED   ☐ Some College   ☐ Associate   ☐ Bachelor's   ☐ Master's</w:t>
      </w:r>
    </w:p>
    <w:p w14:paraId="4626358E" w14:textId="77777777" w:rsidR="00EC767A" w:rsidRDefault="00000000">
      <w:pPr>
        <w:keepNext/>
        <w:spacing w:after="100"/>
      </w:pPr>
      <w:r>
        <w:rPr>
          <w:b/>
          <w:color w:val="493125"/>
        </w:rPr>
        <w:t xml:space="preserve">School / Program: </w:t>
      </w:r>
      <w:r>
        <w:rPr>
          <w:color w:val="827466"/>
        </w:rPr>
        <w:t>____________________________________________________________________</w:t>
      </w:r>
    </w:p>
    <w:p w14:paraId="42E158D6" w14:textId="77777777" w:rsidR="00EC767A" w:rsidRDefault="00000000">
      <w:pPr>
        <w:keepNext/>
        <w:spacing w:after="100"/>
      </w:pPr>
      <w:r>
        <w:rPr>
          <w:b/>
          <w:color w:val="493125"/>
        </w:rPr>
        <w:t xml:space="preserve">Degree, Certificate, or Field of Study: </w:t>
      </w:r>
      <w:r>
        <w:rPr>
          <w:color w:val="827466"/>
        </w:rPr>
        <w:t>___________________________________________________</w:t>
      </w:r>
    </w:p>
    <w:p w14:paraId="5A19D1D2" w14:textId="77777777" w:rsidR="00EC767A" w:rsidRDefault="00000000">
      <w:r>
        <w:br w:type="page"/>
      </w:r>
    </w:p>
    <w:p w14:paraId="2B935B74" w14:textId="77777777" w:rsidR="00EC767A" w:rsidRDefault="00000000">
      <w:pPr>
        <w:keepNext/>
        <w:spacing w:before="140"/>
      </w:pPr>
      <w:r>
        <w:rPr>
          <w:rFonts w:ascii="Georgia" w:hAnsi="Georgia"/>
          <w:b/>
          <w:color w:val="375533"/>
          <w:sz w:val="27"/>
        </w:rPr>
        <w:lastRenderedPageBreak/>
        <w:t>Licenses &amp; Certifications</w:t>
      </w:r>
    </w:p>
    <w:p w14:paraId="4F2835C6" w14:textId="77777777" w:rsidR="00EC767A" w:rsidRDefault="00000000">
      <w:pPr>
        <w:spacing w:after="120"/>
      </w:pPr>
      <w:r>
        <w:rPr>
          <w:color w:val="493125"/>
        </w:rPr>
        <w:t xml:space="preserve">☐ CPR    Expiration Date (if applicable): </w:t>
      </w:r>
      <w:r>
        <w:rPr>
          <w:color w:val="827466"/>
        </w:rPr>
        <w:t>________________________________</w:t>
      </w:r>
    </w:p>
    <w:p w14:paraId="54A3D574" w14:textId="77777777" w:rsidR="00EC767A" w:rsidRDefault="00000000">
      <w:pPr>
        <w:spacing w:after="120"/>
      </w:pPr>
      <w:r>
        <w:rPr>
          <w:color w:val="493125"/>
        </w:rPr>
        <w:t xml:space="preserve">☐ First Aid    Expiration Date (if applicable): </w:t>
      </w:r>
      <w:r>
        <w:rPr>
          <w:color w:val="827466"/>
        </w:rPr>
        <w:t>________________________________</w:t>
      </w:r>
    </w:p>
    <w:p w14:paraId="2C40ABE4" w14:textId="77777777" w:rsidR="00EC767A" w:rsidRDefault="00000000">
      <w:pPr>
        <w:spacing w:after="120"/>
      </w:pPr>
      <w:r>
        <w:rPr>
          <w:color w:val="493125"/>
        </w:rPr>
        <w:t xml:space="preserve">☐ Medication Administration    Expiration Date (if applicable): </w:t>
      </w:r>
      <w:r>
        <w:rPr>
          <w:color w:val="827466"/>
        </w:rPr>
        <w:t>________________________________</w:t>
      </w:r>
    </w:p>
    <w:p w14:paraId="480F211F" w14:textId="77777777" w:rsidR="00EC767A" w:rsidRDefault="00000000">
      <w:pPr>
        <w:spacing w:after="120"/>
      </w:pPr>
      <w:r>
        <w:rPr>
          <w:color w:val="493125"/>
        </w:rPr>
        <w:t xml:space="preserve">☐ Other    Expiration Date (if applicable): </w:t>
      </w:r>
      <w:r>
        <w:rPr>
          <w:color w:val="827466"/>
        </w:rPr>
        <w:t>________________________________</w:t>
      </w:r>
    </w:p>
    <w:p w14:paraId="07766D32" w14:textId="77777777" w:rsidR="00EC767A" w:rsidRDefault="00000000">
      <w:pPr>
        <w:keepNext/>
        <w:spacing w:before="140"/>
      </w:pPr>
      <w:r>
        <w:rPr>
          <w:rFonts w:ascii="Georgia" w:hAnsi="Georgia"/>
          <w:b/>
          <w:color w:val="375533"/>
          <w:sz w:val="27"/>
        </w:rPr>
        <w:t>Professional References</w:t>
      </w:r>
    </w:p>
    <w:p w14:paraId="6547BCDA" w14:textId="77777777" w:rsidR="00EC767A" w:rsidRDefault="00000000">
      <w:pPr>
        <w:spacing w:after="100"/>
      </w:pPr>
      <w:r>
        <w:rPr>
          <w:i/>
          <w:color w:val="827466"/>
          <w:sz w:val="18"/>
        </w:rPr>
        <w:t>Please provide two professional references and one personal reference. Professional references should be supervisors, managers, coworkers, instructors, or others familiar with your work. Personal references should not be immediate family members.</w:t>
      </w:r>
    </w:p>
    <w:tbl>
      <w:tblPr>
        <w:tblW w:w="0" w:type="auto"/>
        <w:tblBorders>
          <w:top w:val="single" w:sz="4" w:space="0" w:color="C9C0B4"/>
          <w:left w:val="single" w:sz="4" w:space="0" w:color="C9C0B4"/>
          <w:bottom w:val="single" w:sz="4" w:space="0" w:color="C9C0B4"/>
          <w:right w:val="single" w:sz="4" w:space="0" w:color="C9C0B4"/>
          <w:insideH w:val="single" w:sz="4" w:space="0" w:color="C9C0B4"/>
          <w:insideV w:val="single" w:sz="4" w:space="0" w:color="C9C0B4"/>
        </w:tblBorders>
        <w:tblLayout w:type="fixed"/>
        <w:tblLook w:val="04A0" w:firstRow="1" w:lastRow="0" w:firstColumn="1" w:lastColumn="0" w:noHBand="0" w:noVBand="1"/>
      </w:tblPr>
      <w:tblGrid>
        <w:gridCol w:w="1700"/>
        <w:gridCol w:w="2100"/>
        <w:gridCol w:w="2850"/>
        <w:gridCol w:w="2300"/>
        <w:gridCol w:w="842"/>
      </w:tblGrid>
      <w:tr w:rsidR="00EC767A" w14:paraId="64C4F5D7" w14:textId="77777777">
        <w:tc>
          <w:tcPr>
            <w:tcW w:w="1700" w:type="dxa"/>
            <w:shd w:val="clear" w:color="auto" w:fill="4F7048"/>
            <w:tcMar>
              <w:top w:w="70" w:type="dxa"/>
              <w:left w:w="90" w:type="dxa"/>
              <w:bottom w:w="70" w:type="dxa"/>
              <w:right w:w="90" w:type="dxa"/>
            </w:tcMar>
          </w:tcPr>
          <w:p w14:paraId="0C24DF0D" w14:textId="77777777" w:rsidR="00EC767A" w:rsidRDefault="00000000">
            <w:pPr>
              <w:jc w:val="center"/>
            </w:pPr>
            <w:r>
              <w:rPr>
                <w:b/>
                <w:color w:val="FFFFFF"/>
              </w:rPr>
              <w:t>Reference Type</w:t>
            </w:r>
          </w:p>
        </w:tc>
        <w:tc>
          <w:tcPr>
            <w:tcW w:w="2100" w:type="dxa"/>
            <w:shd w:val="clear" w:color="auto" w:fill="4F7048"/>
            <w:tcMar>
              <w:top w:w="70" w:type="dxa"/>
              <w:left w:w="90" w:type="dxa"/>
              <w:bottom w:w="70" w:type="dxa"/>
              <w:right w:w="90" w:type="dxa"/>
            </w:tcMar>
          </w:tcPr>
          <w:p w14:paraId="7D8D9FC1" w14:textId="77777777" w:rsidR="00EC767A" w:rsidRDefault="00000000">
            <w:pPr>
              <w:jc w:val="center"/>
            </w:pPr>
            <w:r>
              <w:rPr>
                <w:b/>
                <w:color w:val="FFFFFF"/>
              </w:rPr>
              <w:t>Name</w:t>
            </w:r>
          </w:p>
        </w:tc>
        <w:tc>
          <w:tcPr>
            <w:tcW w:w="2850" w:type="dxa"/>
            <w:shd w:val="clear" w:color="auto" w:fill="4F7048"/>
            <w:tcMar>
              <w:top w:w="70" w:type="dxa"/>
              <w:left w:w="90" w:type="dxa"/>
              <w:bottom w:w="70" w:type="dxa"/>
              <w:right w:w="90" w:type="dxa"/>
            </w:tcMar>
          </w:tcPr>
          <w:p w14:paraId="3D36AB7F" w14:textId="77777777" w:rsidR="00EC767A" w:rsidRDefault="00000000">
            <w:pPr>
              <w:jc w:val="center"/>
            </w:pPr>
            <w:r>
              <w:rPr>
                <w:b/>
                <w:color w:val="FFFFFF"/>
              </w:rPr>
              <w:t>Relationship / Organization</w:t>
            </w:r>
          </w:p>
        </w:tc>
        <w:tc>
          <w:tcPr>
            <w:tcW w:w="2300" w:type="dxa"/>
            <w:shd w:val="clear" w:color="auto" w:fill="4F7048"/>
            <w:tcMar>
              <w:top w:w="70" w:type="dxa"/>
              <w:left w:w="90" w:type="dxa"/>
              <w:bottom w:w="70" w:type="dxa"/>
              <w:right w:w="90" w:type="dxa"/>
            </w:tcMar>
          </w:tcPr>
          <w:p w14:paraId="755DEEB1" w14:textId="77777777" w:rsidR="00EC767A" w:rsidRDefault="00000000">
            <w:pPr>
              <w:jc w:val="center"/>
            </w:pPr>
            <w:r>
              <w:rPr>
                <w:b/>
                <w:color w:val="FFFFFF"/>
              </w:rPr>
              <w:t>Phone / Email</w:t>
            </w:r>
          </w:p>
        </w:tc>
        <w:tc>
          <w:tcPr>
            <w:tcW w:w="842" w:type="dxa"/>
            <w:shd w:val="clear" w:color="auto" w:fill="4F7048"/>
            <w:tcMar>
              <w:top w:w="70" w:type="dxa"/>
              <w:left w:w="90" w:type="dxa"/>
              <w:bottom w:w="70" w:type="dxa"/>
              <w:right w:w="90" w:type="dxa"/>
            </w:tcMar>
          </w:tcPr>
          <w:p w14:paraId="2F9AE80D" w14:textId="77777777" w:rsidR="00EC767A" w:rsidRDefault="00000000">
            <w:pPr>
              <w:jc w:val="center"/>
            </w:pPr>
            <w:r>
              <w:rPr>
                <w:b/>
                <w:color w:val="FFFFFF"/>
              </w:rPr>
              <w:t>Years Known</w:t>
            </w:r>
          </w:p>
        </w:tc>
      </w:tr>
      <w:tr w:rsidR="00EC767A" w14:paraId="64EE0512" w14:textId="77777777">
        <w:tc>
          <w:tcPr>
            <w:tcW w:w="1700" w:type="dxa"/>
            <w:tcMar>
              <w:top w:w="120" w:type="dxa"/>
              <w:left w:w="90" w:type="dxa"/>
              <w:bottom w:w="120" w:type="dxa"/>
              <w:right w:w="90" w:type="dxa"/>
            </w:tcMar>
          </w:tcPr>
          <w:p w14:paraId="73181F01" w14:textId="77777777" w:rsidR="00EC767A" w:rsidRDefault="00000000">
            <w:pPr>
              <w:jc w:val="center"/>
            </w:pPr>
            <w:r>
              <w:rPr>
                <w:b/>
                <w:color w:val="375533"/>
                <w:sz w:val="17"/>
              </w:rPr>
              <w:t>Professional 1</w:t>
            </w:r>
          </w:p>
        </w:tc>
        <w:tc>
          <w:tcPr>
            <w:tcW w:w="2100" w:type="dxa"/>
            <w:tcMar>
              <w:top w:w="120" w:type="dxa"/>
              <w:left w:w="90" w:type="dxa"/>
              <w:bottom w:w="120" w:type="dxa"/>
              <w:right w:w="90" w:type="dxa"/>
            </w:tcMar>
          </w:tcPr>
          <w:p w14:paraId="7F6A6AC3" w14:textId="77777777" w:rsidR="00EC767A" w:rsidRDefault="00EC767A"/>
        </w:tc>
        <w:tc>
          <w:tcPr>
            <w:tcW w:w="2850" w:type="dxa"/>
            <w:tcMar>
              <w:top w:w="120" w:type="dxa"/>
              <w:left w:w="90" w:type="dxa"/>
              <w:bottom w:w="120" w:type="dxa"/>
              <w:right w:w="90" w:type="dxa"/>
            </w:tcMar>
          </w:tcPr>
          <w:p w14:paraId="308EAF5B" w14:textId="77777777" w:rsidR="00EC767A" w:rsidRDefault="00EC767A"/>
        </w:tc>
        <w:tc>
          <w:tcPr>
            <w:tcW w:w="2300" w:type="dxa"/>
            <w:tcMar>
              <w:top w:w="120" w:type="dxa"/>
              <w:left w:w="90" w:type="dxa"/>
              <w:bottom w:w="120" w:type="dxa"/>
              <w:right w:w="90" w:type="dxa"/>
            </w:tcMar>
          </w:tcPr>
          <w:p w14:paraId="6CE9FAEA" w14:textId="77777777" w:rsidR="00EC767A" w:rsidRDefault="00EC767A"/>
        </w:tc>
        <w:tc>
          <w:tcPr>
            <w:tcW w:w="842" w:type="dxa"/>
            <w:tcMar>
              <w:top w:w="120" w:type="dxa"/>
              <w:left w:w="90" w:type="dxa"/>
              <w:bottom w:w="120" w:type="dxa"/>
              <w:right w:w="90" w:type="dxa"/>
            </w:tcMar>
          </w:tcPr>
          <w:p w14:paraId="674BE070" w14:textId="77777777" w:rsidR="00EC767A" w:rsidRDefault="00EC767A"/>
        </w:tc>
      </w:tr>
      <w:tr w:rsidR="00EC767A" w14:paraId="26037CAF" w14:textId="77777777">
        <w:tc>
          <w:tcPr>
            <w:tcW w:w="1700" w:type="dxa"/>
            <w:tcMar>
              <w:top w:w="120" w:type="dxa"/>
              <w:left w:w="90" w:type="dxa"/>
              <w:bottom w:w="120" w:type="dxa"/>
              <w:right w:w="90" w:type="dxa"/>
            </w:tcMar>
          </w:tcPr>
          <w:p w14:paraId="1A458252" w14:textId="77777777" w:rsidR="00EC767A" w:rsidRDefault="00000000">
            <w:pPr>
              <w:jc w:val="center"/>
            </w:pPr>
            <w:r>
              <w:rPr>
                <w:b/>
                <w:color w:val="375533"/>
                <w:sz w:val="17"/>
              </w:rPr>
              <w:t>Professional 2</w:t>
            </w:r>
          </w:p>
        </w:tc>
        <w:tc>
          <w:tcPr>
            <w:tcW w:w="2100" w:type="dxa"/>
            <w:tcMar>
              <w:top w:w="120" w:type="dxa"/>
              <w:left w:w="90" w:type="dxa"/>
              <w:bottom w:w="120" w:type="dxa"/>
              <w:right w:w="90" w:type="dxa"/>
            </w:tcMar>
          </w:tcPr>
          <w:p w14:paraId="77A54426" w14:textId="77777777" w:rsidR="00EC767A" w:rsidRDefault="00EC767A"/>
        </w:tc>
        <w:tc>
          <w:tcPr>
            <w:tcW w:w="2850" w:type="dxa"/>
            <w:tcMar>
              <w:top w:w="120" w:type="dxa"/>
              <w:left w:w="90" w:type="dxa"/>
              <w:bottom w:w="120" w:type="dxa"/>
              <w:right w:w="90" w:type="dxa"/>
            </w:tcMar>
          </w:tcPr>
          <w:p w14:paraId="1A346722" w14:textId="77777777" w:rsidR="00EC767A" w:rsidRDefault="00EC767A"/>
        </w:tc>
        <w:tc>
          <w:tcPr>
            <w:tcW w:w="2300" w:type="dxa"/>
            <w:tcMar>
              <w:top w:w="120" w:type="dxa"/>
              <w:left w:w="90" w:type="dxa"/>
              <w:bottom w:w="120" w:type="dxa"/>
              <w:right w:w="90" w:type="dxa"/>
            </w:tcMar>
          </w:tcPr>
          <w:p w14:paraId="67654A75" w14:textId="77777777" w:rsidR="00EC767A" w:rsidRDefault="00EC767A"/>
        </w:tc>
        <w:tc>
          <w:tcPr>
            <w:tcW w:w="842" w:type="dxa"/>
            <w:tcMar>
              <w:top w:w="120" w:type="dxa"/>
              <w:left w:w="90" w:type="dxa"/>
              <w:bottom w:w="120" w:type="dxa"/>
              <w:right w:w="90" w:type="dxa"/>
            </w:tcMar>
          </w:tcPr>
          <w:p w14:paraId="33E652CE" w14:textId="77777777" w:rsidR="00EC767A" w:rsidRDefault="00EC767A"/>
        </w:tc>
      </w:tr>
      <w:tr w:rsidR="00EC767A" w14:paraId="09089EFD" w14:textId="77777777">
        <w:tc>
          <w:tcPr>
            <w:tcW w:w="1700" w:type="dxa"/>
            <w:tcMar>
              <w:top w:w="120" w:type="dxa"/>
              <w:left w:w="90" w:type="dxa"/>
              <w:bottom w:w="120" w:type="dxa"/>
              <w:right w:w="90" w:type="dxa"/>
            </w:tcMar>
          </w:tcPr>
          <w:p w14:paraId="6ED302DD" w14:textId="77777777" w:rsidR="00EC767A" w:rsidRDefault="00000000">
            <w:pPr>
              <w:jc w:val="center"/>
            </w:pPr>
            <w:r>
              <w:rPr>
                <w:b/>
                <w:color w:val="375533"/>
                <w:sz w:val="17"/>
              </w:rPr>
              <w:t>Personal 1</w:t>
            </w:r>
          </w:p>
        </w:tc>
        <w:tc>
          <w:tcPr>
            <w:tcW w:w="2100" w:type="dxa"/>
            <w:tcMar>
              <w:top w:w="120" w:type="dxa"/>
              <w:left w:w="90" w:type="dxa"/>
              <w:bottom w:w="120" w:type="dxa"/>
              <w:right w:w="90" w:type="dxa"/>
            </w:tcMar>
          </w:tcPr>
          <w:p w14:paraId="3021C874" w14:textId="77777777" w:rsidR="00EC767A" w:rsidRDefault="00EC767A"/>
        </w:tc>
        <w:tc>
          <w:tcPr>
            <w:tcW w:w="2850" w:type="dxa"/>
            <w:tcMar>
              <w:top w:w="120" w:type="dxa"/>
              <w:left w:w="90" w:type="dxa"/>
              <w:bottom w:w="120" w:type="dxa"/>
              <w:right w:w="90" w:type="dxa"/>
            </w:tcMar>
          </w:tcPr>
          <w:p w14:paraId="1B13E0D6" w14:textId="77777777" w:rsidR="00EC767A" w:rsidRDefault="00EC767A"/>
        </w:tc>
        <w:tc>
          <w:tcPr>
            <w:tcW w:w="2300" w:type="dxa"/>
            <w:tcMar>
              <w:top w:w="120" w:type="dxa"/>
              <w:left w:w="90" w:type="dxa"/>
              <w:bottom w:w="120" w:type="dxa"/>
              <w:right w:w="90" w:type="dxa"/>
            </w:tcMar>
          </w:tcPr>
          <w:p w14:paraId="64A52B49" w14:textId="77777777" w:rsidR="00EC767A" w:rsidRDefault="00EC767A"/>
        </w:tc>
        <w:tc>
          <w:tcPr>
            <w:tcW w:w="842" w:type="dxa"/>
            <w:tcMar>
              <w:top w:w="120" w:type="dxa"/>
              <w:left w:w="90" w:type="dxa"/>
              <w:bottom w:w="120" w:type="dxa"/>
              <w:right w:w="90" w:type="dxa"/>
            </w:tcMar>
          </w:tcPr>
          <w:p w14:paraId="2F7A7C8B" w14:textId="77777777" w:rsidR="00EC767A" w:rsidRDefault="00EC767A"/>
        </w:tc>
      </w:tr>
    </w:tbl>
    <w:p w14:paraId="2AC8161F" w14:textId="77777777" w:rsidR="00EC767A" w:rsidRDefault="00000000">
      <w:pPr>
        <w:keepNext/>
        <w:spacing w:before="140"/>
      </w:pPr>
      <w:r>
        <w:rPr>
          <w:rFonts w:ascii="Georgia" w:hAnsi="Georgia"/>
          <w:b/>
          <w:color w:val="375533"/>
          <w:sz w:val="27"/>
        </w:rPr>
        <w:t>Getting to Know You</w:t>
      </w:r>
    </w:p>
    <w:p w14:paraId="59055E4E" w14:textId="77777777" w:rsidR="00EC767A" w:rsidRDefault="00000000">
      <w:pPr>
        <w:spacing w:before="80" w:after="40"/>
      </w:pPr>
      <w:r>
        <w:rPr>
          <w:b/>
          <w:color w:val="493125"/>
        </w:rPr>
        <w:t>Why would you like to work at Marie Angels Care Homes?</w:t>
      </w:r>
    </w:p>
    <w:p w14:paraId="3DFFB545" w14:textId="77777777" w:rsidR="00EC767A" w:rsidRDefault="00000000">
      <w:r>
        <w:rPr>
          <w:color w:val="827466"/>
        </w:rPr>
        <w:t>____________________________________________________________________________________________________</w:t>
      </w:r>
    </w:p>
    <w:p w14:paraId="15D9F73A" w14:textId="77777777" w:rsidR="00EC767A" w:rsidRDefault="00000000">
      <w:r>
        <w:rPr>
          <w:color w:val="827466"/>
        </w:rPr>
        <w:t>____________________________________________________________________________________________________</w:t>
      </w:r>
    </w:p>
    <w:p w14:paraId="65EE39C5" w14:textId="77777777" w:rsidR="00EC767A" w:rsidRDefault="00000000">
      <w:pPr>
        <w:spacing w:before="80" w:after="40"/>
      </w:pPr>
      <w:r>
        <w:rPr>
          <w:b/>
          <w:color w:val="493125"/>
        </w:rPr>
        <w:t>Tell us about a time you made someone's day better.</w:t>
      </w:r>
    </w:p>
    <w:p w14:paraId="7F2B2243" w14:textId="77777777" w:rsidR="00EC767A" w:rsidRDefault="00000000">
      <w:r>
        <w:rPr>
          <w:color w:val="827466"/>
        </w:rPr>
        <w:t>____________________________________________________________________________________________________</w:t>
      </w:r>
    </w:p>
    <w:p w14:paraId="34CE7387" w14:textId="77777777" w:rsidR="00EC767A" w:rsidRDefault="00000000">
      <w:r>
        <w:rPr>
          <w:color w:val="827466"/>
        </w:rPr>
        <w:t>____________________________________________________________________________________________________</w:t>
      </w:r>
    </w:p>
    <w:p w14:paraId="6F32E060" w14:textId="77777777" w:rsidR="00EC767A" w:rsidRDefault="00000000">
      <w:pPr>
        <w:spacing w:before="80" w:after="40"/>
      </w:pPr>
      <w:r>
        <w:rPr>
          <w:b/>
          <w:color w:val="493125"/>
        </w:rPr>
        <w:t>What does creating a home mean to you?</w:t>
      </w:r>
    </w:p>
    <w:p w14:paraId="0DD6B704" w14:textId="77777777" w:rsidR="00EC767A" w:rsidRDefault="00000000">
      <w:r>
        <w:rPr>
          <w:color w:val="827466"/>
        </w:rPr>
        <w:t>____________________________________________________________________________________________________</w:t>
      </w:r>
    </w:p>
    <w:p w14:paraId="0137DCC3" w14:textId="77777777" w:rsidR="00EC767A" w:rsidRDefault="00000000">
      <w:r>
        <w:rPr>
          <w:color w:val="827466"/>
        </w:rPr>
        <w:t>____________________________________________________________________________________________________</w:t>
      </w:r>
    </w:p>
    <w:p w14:paraId="571CE32E" w14:textId="77777777" w:rsidR="00EC767A" w:rsidRDefault="00000000">
      <w:pPr>
        <w:spacing w:before="80" w:after="40"/>
      </w:pPr>
      <w:r>
        <w:rPr>
          <w:b/>
          <w:color w:val="493125"/>
        </w:rPr>
        <w:t>If a resident became upset, how would you respond?</w:t>
      </w:r>
    </w:p>
    <w:p w14:paraId="0A443A5A" w14:textId="77777777" w:rsidR="00EC767A" w:rsidRDefault="00000000">
      <w:r>
        <w:rPr>
          <w:color w:val="827466"/>
        </w:rPr>
        <w:t>____________________________________________________________________________________________________</w:t>
      </w:r>
    </w:p>
    <w:p w14:paraId="767F3714" w14:textId="77777777" w:rsidR="00EC767A" w:rsidRDefault="00000000">
      <w:r>
        <w:rPr>
          <w:color w:val="827466"/>
        </w:rPr>
        <w:t>____________________________________________________________________________________________________</w:t>
      </w:r>
    </w:p>
    <w:p w14:paraId="0970F6CD" w14:textId="77777777" w:rsidR="00EC767A" w:rsidRDefault="00000000">
      <w:r>
        <w:br w:type="page"/>
      </w:r>
    </w:p>
    <w:p w14:paraId="4DB8C59A" w14:textId="77777777" w:rsidR="00EC767A" w:rsidRDefault="00000000">
      <w:pPr>
        <w:keepNext/>
        <w:spacing w:before="140"/>
      </w:pPr>
      <w:r>
        <w:rPr>
          <w:rFonts w:ascii="Georgia" w:hAnsi="Georgia"/>
          <w:b/>
          <w:color w:val="375533"/>
          <w:sz w:val="27"/>
        </w:rPr>
        <w:lastRenderedPageBreak/>
        <w:t>Applicant Certification and Authorization</w:t>
      </w:r>
    </w:p>
    <w:p w14:paraId="44818873" w14:textId="77777777" w:rsidR="00EC767A" w:rsidRDefault="00000000">
      <w:pPr>
        <w:spacing w:after="140"/>
      </w:pPr>
      <w:r>
        <w:rPr>
          <w:color w:val="493125"/>
        </w:rPr>
        <w:t>I certify that the information provided in this application is true, complete, and accurate to the best of my knowledge. I understand that false statements, material omissions, or misrepresentations may disqualify me from consideration or result in termination if discovered after employment begins.</w:t>
      </w:r>
    </w:p>
    <w:p w14:paraId="385C8602" w14:textId="77777777" w:rsidR="00EC767A" w:rsidRDefault="00000000">
      <w:pPr>
        <w:spacing w:after="140"/>
      </w:pPr>
      <w:r>
        <w:rPr>
          <w:color w:val="493125"/>
        </w:rPr>
        <w:t>I authorize Marie Angels Care Homes LLC to verify information relevant to my qualifications, employment history, education, licenses, certifications, professional references, professional discipline, and program-exclusion status, as permitted by law. I understand that any legally required criminal background check, registry or exclusion screening, motor-vehicle record, or medical inquiry will be conducted at the appropriate stage of the hiring process and with any required notice or authorization.</w:t>
      </w:r>
    </w:p>
    <w:p w14:paraId="508DD996" w14:textId="77777777" w:rsidR="00EC767A" w:rsidRDefault="00000000">
      <w:pPr>
        <w:spacing w:after="140"/>
      </w:pPr>
      <w:r>
        <w:rPr>
          <w:color w:val="493125"/>
        </w:rPr>
        <w:t>I understand that completing this application does not create an employment contract or guarantee employment. If hired, employment will be subject to applicable law, Adult Foster Care licensing requirements, company policies, and successful completion of all lawful hiring requirements.</w:t>
      </w:r>
    </w:p>
    <w:p w14:paraId="6CE127AE" w14:textId="77777777" w:rsidR="00EC767A" w:rsidRDefault="00000000">
      <w:pPr>
        <w:keepNext/>
        <w:spacing w:after="100"/>
      </w:pPr>
      <w:r>
        <w:rPr>
          <w:b/>
          <w:color w:val="493125"/>
        </w:rPr>
        <w:t xml:space="preserve">Applicant Signature: </w:t>
      </w:r>
      <w:r>
        <w:rPr>
          <w:color w:val="827466"/>
        </w:rPr>
        <w:t>__________________________________________________________________</w:t>
      </w:r>
    </w:p>
    <w:p w14:paraId="14BC3666" w14:textId="77777777" w:rsidR="00EC767A" w:rsidRDefault="00000000">
      <w:pPr>
        <w:keepNext/>
        <w:spacing w:after="100"/>
      </w:pPr>
      <w:r>
        <w:rPr>
          <w:b/>
          <w:color w:val="493125"/>
        </w:rPr>
        <w:t xml:space="preserve">Printed Name: </w:t>
      </w:r>
      <w:r>
        <w:rPr>
          <w:color w:val="827466"/>
        </w:rPr>
        <w:t>________________________________________________________________________</w:t>
      </w:r>
    </w:p>
    <w:p w14:paraId="137FA805" w14:textId="77777777" w:rsidR="00EC767A" w:rsidRDefault="00000000">
      <w:pPr>
        <w:keepNext/>
        <w:spacing w:after="100"/>
      </w:pPr>
      <w:r>
        <w:rPr>
          <w:b/>
          <w:color w:val="493125"/>
        </w:rPr>
        <w:t xml:space="preserve">Date: </w:t>
      </w:r>
      <w:r>
        <w:rPr>
          <w:color w:val="827466"/>
        </w:rPr>
        <w:t>____________________________________________________________________________________</w:t>
      </w:r>
    </w:p>
    <w:p w14:paraId="235D8DCD" w14:textId="77777777" w:rsidR="00EC767A" w:rsidRDefault="00000000">
      <w:pPr>
        <w:keepNext/>
        <w:spacing w:before="140"/>
      </w:pPr>
      <w:r>
        <w:rPr>
          <w:rFonts w:ascii="Georgia" w:hAnsi="Georgia"/>
          <w:b/>
          <w:color w:val="375533"/>
          <w:sz w:val="27"/>
        </w:rPr>
        <w:t>Office Use Only</w:t>
      </w:r>
    </w:p>
    <w:p w14:paraId="5715BDF9" w14:textId="77777777" w:rsidR="00EC767A" w:rsidRDefault="00000000">
      <w:pPr>
        <w:keepNext/>
        <w:spacing w:after="100"/>
      </w:pPr>
      <w:r>
        <w:rPr>
          <w:b/>
          <w:color w:val="493125"/>
        </w:rPr>
        <w:t xml:space="preserve">Interview Date: </w:t>
      </w:r>
      <w:r>
        <w:rPr>
          <w:color w:val="827466"/>
        </w:rPr>
        <w:t>______________________________________________________________________</w:t>
      </w:r>
    </w:p>
    <w:p w14:paraId="7825E4C0" w14:textId="77777777" w:rsidR="00EC767A" w:rsidRDefault="00000000">
      <w:pPr>
        <w:keepNext/>
        <w:spacing w:after="100"/>
      </w:pPr>
      <w:r>
        <w:rPr>
          <w:b/>
          <w:color w:val="493125"/>
        </w:rPr>
        <w:t xml:space="preserve">Position Offered: </w:t>
      </w:r>
      <w:r>
        <w:rPr>
          <w:color w:val="827466"/>
        </w:rPr>
        <w:t>____________________________________________________________________</w:t>
      </w:r>
    </w:p>
    <w:p w14:paraId="60C59E26" w14:textId="77777777" w:rsidR="00EC767A" w:rsidRDefault="00000000">
      <w:pPr>
        <w:keepNext/>
        <w:spacing w:after="100"/>
      </w:pPr>
      <w:r>
        <w:rPr>
          <w:b/>
          <w:color w:val="493125"/>
        </w:rPr>
        <w:t xml:space="preserve">Hire Date: </w:t>
      </w:r>
      <w:r>
        <w:rPr>
          <w:color w:val="827466"/>
        </w:rPr>
        <w:t>______________________________________________________________________________</w:t>
      </w:r>
    </w:p>
    <w:p w14:paraId="1850F026" w14:textId="77777777" w:rsidR="00EC767A" w:rsidRDefault="00000000">
      <w:pPr>
        <w:keepNext/>
        <w:spacing w:after="100"/>
      </w:pPr>
      <w:r>
        <w:rPr>
          <w:b/>
          <w:color w:val="493125"/>
        </w:rPr>
        <w:t xml:space="preserve">Starting Wage: </w:t>
      </w:r>
      <w:r>
        <w:rPr>
          <w:color w:val="827466"/>
        </w:rPr>
        <w:t>________________________________________________________________________</w:t>
      </w:r>
    </w:p>
    <w:p w14:paraId="74199B32" w14:textId="77777777" w:rsidR="00EC767A" w:rsidRDefault="00000000">
      <w:pPr>
        <w:keepNext/>
        <w:spacing w:after="100"/>
      </w:pPr>
      <w:r>
        <w:rPr>
          <w:b/>
          <w:color w:val="493125"/>
        </w:rPr>
        <w:t xml:space="preserve">Reviewer / Hiring Manager: </w:t>
      </w:r>
      <w:r>
        <w:rPr>
          <w:color w:val="827466"/>
        </w:rPr>
        <w:t>_________________________________________________________</w:t>
      </w:r>
    </w:p>
    <w:p w14:paraId="1563D29D" w14:textId="77777777" w:rsidR="00EC767A" w:rsidRDefault="00000000">
      <w:pPr>
        <w:spacing w:before="100"/>
      </w:pPr>
      <w:r>
        <w:rPr>
          <w:color w:val="493125"/>
          <w:sz w:val="18"/>
        </w:rPr>
        <w:t>Screening completed:   ☐ Two professional reference checks   ☐ Personal reference check   ☐ Professional claims/disclosures reviewed</w:t>
      </w:r>
    </w:p>
    <w:p w14:paraId="319397D8" w14:textId="77777777" w:rsidR="00EC767A" w:rsidRDefault="00000000">
      <w:r>
        <w:rPr>
          <w:color w:val="493125"/>
          <w:sz w:val="18"/>
        </w:rPr>
        <w:t>☐ Michigan Workforce Background Check   ☐ MDHHS sanctioned-provider list   ☐ OIG LEIE   ☐ SAM.gov   ☐ Licensing/credential verification</w:t>
      </w:r>
    </w:p>
    <w:p w14:paraId="063505E6" w14:textId="77777777" w:rsidR="00EC767A" w:rsidRDefault="00000000">
      <w:r>
        <w:rPr>
          <w:color w:val="493125"/>
          <w:sz w:val="18"/>
        </w:rPr>
        <w:t>☐ Education/experience verification   ☐ Driver's license/MVR (if applicable)   ☐ Post-offer health statement   ☐ Required training plan established</w:t>
      </w:r>
    </w:p>
    <w:sectPr w:rsidR="00EC767A" w:rsidSect="00034616">
      <w:headerReference w:type="default" r:id="rId8"/>
      <w:footerReference w:type="default" r:id="rId9"/>
      <w:pgSz w:w="12240" w:h="15840"/>
      <w:pgMar w:top="1555" w:right="1037" w:bottom="835" w:left="1037" w:header="259"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64AA1" w14:textId="77777777" w:rsidR="00841133" w:rsidRDefault="00841133">
      <w:pPr>
        <w:spacing w:after="0" w:line="240" w:lineRule="auto"/>
      </w:pPr>
      <w:r>
        <w:separator/>
      </w:r>
    </w:p>
  </w:endnote>
  <w:endnote w:type="continuationSeparator" w:id="0">
    <w:p w14:paraId="27836804" w14:textId="77777777" w:rsidR="00841133" w:rsidRDefault="0084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410AF" w14:textId="77777777" w:rsidR="00EC767A" w:rsidRDefault="00000000">
    <w:pPr>
      <w:pStyle w:val="Footer"/>
      <w:jc w:val="center"/>
    </w:pPr>
    <w:r>
      <w:rPr>
        <w:color w:val="827466"/>
        <w:sz w:val="16"/>
      </w:rPr>
      <w:t xml:space="preserve">Marie Angels Care Homes </w:t>
    </w:r>
    <w:proofErr w:type="gramStart"/>
    <w:r>
      <w:rPr>
        <w:color w:val="827466"/>
        <w:sz w:val="16"/>
      </w:rPr>
      <w:t>LLC  •</w:t>
    </w:r>
    <w:proofErr w:type="gramEnd"/>
    <w:r>
      <w:rPr>
        <w:color w:val="827466"/>
        <w:sz w:val="16"/>
      </w:rPr>
      <w:t xml:space="preserve">  Home Begins Here.  •  Care Partner Employment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995B" w14:textId="77777777" w:rsidR="00841133" w:rsidRDefault="00841133">
      <w:pPr>
        <w:spacing w:after="0" w:line="240" w:lineRule="auto"/>
      </w:pPr>
      <w:r>
        <w:separator/>
      </w:r>
    </w:p>
  </w:footnote>
  <w:footnote w:type="continuationSeparator" w:id="0">
    <w:p w14:paraId="580DBBD8" w14:textId="77777777" w:rsidR="00841133" w:rsidRDefault="00841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il"/>
        <w:left w:val="nil"/>
        <w:bottom w:val="single" w:sz="9" w:space="0" w:color="BE8937"/>
        <w:right w:val="nil"/>
        <w:insideH w:val="nil"/>
        <w:insideV w:val="nil"/>
      </w:tblBorders>
      <w:tblLayout w:type="fixed"/>
      <w:tblLook w:val="04A0" w:firstRow="1" w:lastRow="0" w:firstColumn="1" w:lastColumn="0" w:noHBand="0" w:noVBand="1"/>
    </w:tblPr>
    <w:tblGrid>
      <w:gridCol w:w="1250"/>
      <w:gridCol w:w="8542"/>
    </w:tblGrid>
    <w:tr w:rsidR="00EC767A" w14:paraId="7D70E158" w14:textId="77777777">
      <w:tc>
        <w:tcPr>
          <w:tcW w:w="1250" w:type="dxa"/>
          <w:vAlign w:val="center"/>
        </w:tcPr>
        <w:p w14:paraId="50BCF724" w14:textId="77777777" w:rsidR="00EC767A" w:rsidRDefault="00000000">
          <w:r>
            <w:rPr>
              <w:noProof/>
            </w:rPr>
            <w:drawing>
              <wp:inline distT="0" distB="0" distL="0" distR="0" wp14:anchorId="01EEFDCE" wp14:editId="488B7AF0">
                <wp:extent cx="576072" cy="6240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e_angels_logo.png"/>
                        <pic:cNvPicPr/>
                      </pic:nvPicPr>
                      <pic:blipFill>
                        <a:blip r:embed="rId1"/>
                        <a:stretch>
                          <a:fillRect/>
                        </a:stretch>
                      </pic:blipFill>
                      <pic:spPr>
                        <a:xfrm>
                          <a:off x="0" y="0"/>
                          <a:ext cx="576072" cy="624078"/>
                        </a:xfrm>
                        <a:prstGeom prst="rect">
                          <a:avLst/>
                        </a:prstGeom>
                      </pic:spPr>
                    </pic:pic>
                  </a:graphicData>
                </a:graphic>
              </wp:inline>
            </w:drawing>
          </w:r>
        </w:p>
      </w:tc>
      <w:tc>
        <w:tcPr>
          <w:tcW w:w="8542" w:type="dxa"/>
          <w:vAlign w:val="center"/>
        </w:tcPr>
        <w:p w14:paraId="7C61EEF9" w14:textId="77777777" w:rsidR="00EC767A" w:rsidRDefault="00000000">
          <w:pPr>
            <w:spacing w:after="0"/>
            <w:jc w:val="right"/>
          </w:pPr>
          <w:r>
            <w:rPr>
              <w:rFonts w:ascii="Georgia" w:hAnsi="Georgia"/>
              <w:b/>
              <w:color w:val="493125"/>
              <w:sz w:val="28"/>
            </w:rPr>
            <w:t>MARIE ANGELS CARE HOMES</w:t>
          </w:r>
        </w:p>
        <w:p w14:paraId="5419D0EC" w14:textId="77777777" w:rsidR="00EC767A" w:rsidRDefault="00000000">
          <w:pPr>
            <w:spacing w:after="0"/>
            <w:jc w:val="right"/>
          </w:pPr>
          <w:r>
            <w:rPr>
              <w:rFonts w:ascii="Georgia" w:hAnsi="Georgia"/>
              <w:i/>
              <w:color w:val="4F7048"/>
              <w:sz w:val="18"/>
            </w:rPr>
            <w:t>Home Begins Here.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0572129">
    <w:abstractNumId w:val="8"/>
  </w:num>
  <w:num w:numId="2" w16cid:durableId="142629208">
    <w:abstractNumId w:val="6"/>
  </w:num>
  <w:num w:numId="3" w16cid:durableId="119228877">
    <w:abstractNumId w:val="5"/>
  </w:num>
  <w:num w:numId="4" w16cid:durableId="739182762">
    <w:abstractNumId w:val="4"/>
  </w:num>
  <w:num w:numId="5" w16cid:durableId="770859053">
    <w:abstractNumId w:val="7"/>
  </w:num>
  <w:num w:numId="6" w16cid:durableId="1294289863">
    <w:abstractNumId w:val="3"/>
  </w:num>
  <w:num w:numId="7" w16cid:durableId="1945190503">
    <w:abstractNumId w:val="2"/>
  </w:num>
  <w:num w:numId="8" w16cid:durableId="1303926576">
    <w:abstractNumId w:val="1"/>
  </w:num>
  <w:num w:numId="9" w16cid:durableId="38668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EF9"/>
    <w:rsid w:val="00034616"/>
    <w:rsid w:val="0006063C"/>
    <w:rsid w:val="0015074B"/>
    <w:rsid w:val="0029639D"/>
    <w:rsid w:val="00326F90"/>
    <w:rsid w:val="00841133"/>
    <w:rsid w:val="00883D2D"/>
    <w:rsid w:val="00AA1D8D"/>
    <w:rsid w:val="00B47730"/>
    <w:rsid w:val="00CB0664"/>
    <w:rsid w:val="00EC76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2743D"/>
  <w14:defaultImageDpi w14:val="300"/>
  <w15:docId w15:val="{37FDC957-37EF-FF4C-BCFC-09770ADE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Lato" w:hAnsi="Lato"/>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1167</Words>
  <Characters>10649</Characters>
  <Application>Microsoft Office Word</Application>
  <DocSecurity>0</DocSecurity>
  <Lines>200</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Marie Angels Care Partner Employment Application</dc:title>
  <dc:subject>Employment and professional background screening application</dc:subject>
  <dc:creator>Marie Angels Care Homes LLC</dc:creator>
  <cp:keywords/>
  <dc:description>generated by python-docx</dc:description>
  <cp:lastModifiedBy>Maria Chamorro</cp:lastModifiedBy>
  <cp:revision>2</cp:revision>
  <dcterms:created xsi:type="dcterms:W3CDTF">2026-08-20T22:30:00Z</dcterms:created>
  <dcterms:modified xsi:type="dcterms:W3CDTF">2026-08-20T22:30:00Z</dcterms:modified>
  <cp:category/>
</cp:coreProperties>
</file>